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CB9F" w14:textId="77777777" w:rsidR="00025C5D" w:rsidRDefault="008446DA">
      <w:pPr>
        <w:jc w:val="center"/>
      </w:pPr>
      <w:r>
        <w:rPr>
          <w:b/>
          <w:sz w:val="36"/>
        </w:rPr>
        <w:t>FICHE TEST BLANC – LAPL(A)</w:t>
      </w:r>
    </w:p>
    <w:p w14:paraId="48B74BEF" w14:textId="77777777" w:rsidR="00025C5D" w:rsidRDefault="008446DA">
      <w:pPr>
        <w:jc w:val="center"/>
      </w:pPr>
      <w:r>
        <w:rPr>
          <w:i/>
        </w:rPr>
        <w:t>Préparation à l’épreuve pratique – format instructeur</w:t>
      </w:r>
    </w:p>
    <w:tbl>
      <w:tblPr>
        <w:tblStyle w:val="Grilledutableau"/>
        <w:tblW w:w="0" w:type="auto"/>
        <w:tblLook w:val="04A0" w:firstRow="1" w:lastRow="0" w:firstColumn="1" w:lastColumn="0" w:noHBand="0" w:noVBand="1"/>
      </w:tblPr>
      <w:tblGrid>
        <w:gridCol w:w="2717"/>
        <w:gridCol w:w="2719"/>
        <w:gridCol w:w="2717"/>
        <w:gridCol w:w="2717"/>
      </w:tblGrid>
      <w:tr w:rsidR="00025C5D" w14:paraId="7F6EA45D" w14:textId="77777777">
        <w:tc>
          <w:tcPr>
            <w:tcW w:w="2720" w:type="dxa"/>
          </w:tcPr>
          <w:p w14:paraId="3AE8DA01" w14:textId="77777777" w:rsidR="00025C5D" w:rsidRDefault="008446DA">
            <w:r>
              <w:t>Candidat</w:t>
            </w:r>
          </w:p>
        </w:tc>
        <w:tc>
          <w:tcPr>
            <w:tcW w:w="2720" w:type="dxa"/>
          </w:tcPr>
          <w:p w14:paraId="12002B76" w14:textId="77777777" w:rsidR="00025C5D" w:rsidRDefault="008446DA">
            <w:r>
              <w:t>____________________</w:t>
            </w:r>
          </w:p>
        </w:tc>
        <w:tc>
          <w:tcPr>
            <w:tcW w:w="2720" w:type="dxa"/>
          </w:tcPr>
          <w:p w14:paraId="2B901234" w14:textId="77777777" w:rsidR="00025C5D" w:rsidRDefault="008446DA">
            <w:r>
              <w:t>Date</w:t>
            </w:r>
          </w:p>
        </w:tc>
        <w:tc>
          <w:tcPr>
            <w:tcW w:w="2720" w:type="dxa"/>
          </w:tcPr>
          <w:p w14:paraId="5117218B" w14:textId="77777777" w:rsidR="00025C5D" w:rsidRDefault="008446DA">
            <w:r>
              <w:t>____________</w:t>
            </w:r>
          </w:p>
        </w:tc>
      </w:tr>
      <w:tr w:rsidR="00025C5D" w14:paraId="1D3DBD87" w14:textId="77777777">
        <w:tc>
          <w:tcPr>
            <w:tcW w:w="2720" w:type="dxa"/>
          </w:tcPr>
          <w:p w14:paraId="52A47FF1" w14:textId="77777777" w:rsidR="00025C5D" w:rsidRDefault="008446DA">
            <w:r>
              <w:t>Instructeur</w:t>
            </w:r>
          </w:p>
        </w:tc>
        <w:tc>
          <w:tcPr>
            <w:tcW w:w="2720" w:type="dxa"/>
          </w:tcPr>
          <w:p w14:paraId="0BCD19A5" w14:textId="77777777" w:rsidR="00025C5D" w:rsidRDefault="008446DA">
            <w:r>
              <w:t>____________________</w:t>
            </w:r>
          </w:p>
        </w:tc>
        <w:tc>
          <w:tcPr>
            <w:tcW w:w="2720" w:type="dxa"/>
          </w:tcPr>
          <w:p w14:paraId="565D814B" w14:textId="77777777" w:rsidR="00025C5D" w:rsidRDefault="008446DA">
            <w:r>
              <w:t>Avion / Immat.</w:t>
            </w:r>
          </w:p>
        </w:tc>
        <w:tc>
          <w:tcPr>
            <w:tcW w:w="2720" w:type="dxa"/>
          </w:tcPr>
          <w:p w14:paraId="5C35F67B" w14:textId="77777777" w:rsidR="00025C5D" w:rsidRDefault="008446DA">
            <w:r>
              <w:t>____________</w:t>
            </w:r>
          </w:p>
        </w:tc>
      </w:tr>
      <w:tr w:rsidR="00025C5D" w14:paraId="3D6FC356" w14:textId="77777777">
        <w:tc>
          <w:tcPr>
            <w:tcW w:w="2720" w:type="dxa"/>
          </w:tcPr>
          <w:p w14:paraId="649CACA6" w14:textId="77777777" w:rsidR="00025C5D" w:rsidRDefault="008446DA">
            <w:r>
              <w:t>Aérodrome départ</w:t>
            </w:r>
          </w:p>
        </w:tc>
        <w:tc>
          <w:tcPr>
            <w:tcW w:w="2720" w:type="dxa"/>
          </w:tcPr>
          <w:p w14:paraId="69983684" w14:textId="77777777" w:rsidR="00025C5D" w:rsidRDefault="008446DA">
            <w:r>
              <w:t>____________________</w:t>
            </w:r>
          </w:p>
        </w:tc>
        <w:tc>
          <w:tcPr>
            <w:tcW w:w="2720" w:type="dxa"/>
          </w:tcPr>
          <w:p w14:paraId="0F705A78" w14:textId="77777777" w:rsidR="00025C5D" w:rsidRDefault="008446DA">
            <w:r>
              <w:t>Destination</w:t>
            </w:r>
          </w:p>
        </w:tc>
        <w:tc>
          <w:tcPr>
            <w:tcW w:w="2720" w:type="dxa"/>
          </w:tcPr>
          <w:p w14:paraId="644B7260" w14:textId="77777777" w:rsidR="00025C5D" w:rsidRDefault="008446DA">
            <w:r>
              <w:t>____________</w:t>
            </w:r>
          </w:p>
        </w:tc>
      </w:tr>
      <w:tr w:rsidR="00025C5D" w14:paraId="0C219DB0" w14:textId="77777777">
        <w:tc>
          <w:tcPr>
            <w:tcW w:w="2720" w:type="dxa"/>
          </w:tcPr>
          <w:p w14:paraId="03A59AC1" w14:textId="77777777" w:rsidR="00025C5D" w:rsidRDefault="008446DA">
            <w:r>
              <w:t>Météo / vent</w:t>
            </w:r>
          </w:p>
        </w:tc>
        <w:tc>
          <w:tcPr>
            <w:tcW w:w="2720" w:type="dxa"/>
          </w:tcPr>
          <w:p w14:paraId="032E8FCB" w14:textId="77777777" w:rsidR="00025C5D" w:rsidRDefault="008446DA">
            <w:r>
              <w:t>____________________</w:t>
            </w:r>
          </w:p>
        </w:tc>
        <w:tc>
          <w:tcPr>
            <w:tcW w:w="2720" w:type="dxa"/>
          </w:tcPr>
          <w:p w14:paraId="2C4F22A2" w14:textId="77777777" w:rsidR="00025C5D" w:rsidRDefault="008446DA">
            <w:r>
              <w:t>Durée prévue</w:t>
            </w:r>
          </w:p>
        </w:tc>
        <w:tc>
          <w:tcPr>
            <w:tcW w:w="2720" w:type="dxa"/>
          </w:tcPr>
          <w:p w14:paraId="72F06A0E" w14:textId="77777777" w:rsidR="00025C5D" w:rsidRDefault="008446DA">
            <w:r>
              <w:t>____________</w:t>
            </w:r>
          </w:p>
        </w:tc>
      </w:tr>
    </w:tbl>
    <w:p w14:paraId="00AB337F" w14:textId="77777777" w:rsidR="00025C5D" w:rsidRDefault="008446DA">
      <w:pPr>
        <w:pStyle w:val="Titre1"/>
      </w:pPr>
      <w:r>
        <w:t>Consignes d’utilisation</w:t>
      </w:r>
    </w:p>
    <w:p w14:paraId="42E33859" w14:textId="77777777" w:rsidR="00025C5D" w:rsidRDefault="008446DA">
      <w:r>
        <w:t>Test blanc réalisé dans des conditions aussi proches que possible du skill test. L’instructeur évalue l’autonomie, la précision, l’anticipation, le jugement et la sécurité. Les tolérances sont indicatives et doivent être adaptées aux conditions et aux caractéristiques de l’aéronef.</w:t>
      </w:r>
    </w:p>
    <w:p w14:paraId="21F5846E" w14:textId="77777777" w:rsidR="00025C5D" w:rsidRDefault="008446DA">
      <w:pPr>
        <w:pStyle w:val="Titre2"/>
      </w:pPr>
      <w:r>
        <w:t>1. Préparation du vol</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29BAFBE0" w14:textId="77777777">
        <w:trPr>
          <w:tblHeader/>
          <w:jc w:val="center"/>
        </w:trPr>
        <w:tc>
          <w:tcPr>
            <w:tcW w:w="2720" w:type="dxa"/>
            <w:shd w:val="clear" w:color="auto" w:fill="D9EAF7"/>
            <w:vAlign w:val="center"/>
          </w:tcPr>
          <w:p w14:paraId="62E62396" w14:textId="77777777" w:rsidR="00025C5D" w:rsidRDefault="008446DA">
            <w:r>
              <w:t>Item</w:t>
            </w:r>
          </w:p>
        </w:tc>
        <w:tc>
          <w:tcPr>
            <w:tcW w:w="2720" w:type="dxa"/>
            <w:shd w:val="clear" w:color="auto" w:fill="D9EAF7"/>
            <w:vAlign w:val="center"/>
          </w:tcPr>
          <w:p w14:paraId="31F0111A" w14:textId="77777777" w:rsidR="00025C5D" w:rsidRDefault="008446DA">
            <w:r>
              <w:t>OK</w:t>
            </w:r>
          </w:p>
        </w:tc>
        <w:tc>
          <w:tcPr>
            <w:tcW w:w="2720" w:type="dxa"/>
            <w:shd w:val="clear" w:color="auto" w:fill="D9EAF7"/>
            <w:vAlign w:val="center"/>
          </w:tcPr>
          <w:p w14:paraId="61CCE397" w14:textId="77777777" w:rsidR="00025C5D" w:rsidRDefault="008446DA">
            <w:r>
              <w:t>À améliorer</w:t>
            </w:r>
          </w:p>
        </w:tc>
        <w:tc>
          <w:tcPr>
            <w:tcW w:w="2720" w:type="dxa"/>
            <w:shd w:val="clear" w:color="auto" w:fill="D9EAF7"/>
            <w:vAlign w:val="center"/>
          </w:tcPr>
          <w:p w14:paraId="0C440D32" w14:textId="77777777" w:rsidR="00025C5D" w:rsidRDefault="008446DA">
            <w:r>
              <w:t>Échec</w:t>
            </w:r>
          </w:p>
        </w:tc>
      </w:tr>
      <w:tr w:rsidR="00025C5D" w14:paraId="6F157B0E" w14:textId="77777777">
        <w:trPr>
          <w:jc w:val="center"/>
        </w:trPr>
        <w:tc>
          <w:tcPr>
            <w:tcW w:w="2720" w:type="dxa"/>
            <w:vAlign w:val="center"/>
          </w:tcPr>
          <w:p w14:paraId="055D8982" w14:textId="77777777" w:rsidR="00025C5D" w:rsidRDefault="008446DA">
            <w:r>
              <w:t>Documents pilote et avion</w:t>
            </w:r>
          </w:p>
        </w:tc>
        <w:tc>
          <w:tcPr>
            <w:tcW w:w="2720" w:type="dxa"/>
            <w:vAlign w:val="center"/>
          </w:tcPr>
          <w:p w14:paraId="7070FE7D" w14:textId="77777777" w:rsidR="00025C5D" w:rsidRDefault="008446DA">
            <w:r>
              <w:t>☐</w:t>
            </w:r>
          </w:p>
        </w:tc>
        <w:tc>
          <w:tcPr>
            <w:tcW w:w="2720" w:type="dxa"/>
            <w:vAlign w:val="center"/>
          </w:tcPr>
          <w:p w14:paraId="39DFFF71" w14:textId="77777777" w:rsidR="00025C5D" w:rsidRDefault="008446DA">
            <w:r>
              <w:t>☐</w:t>
            </w:r>
          </w:p>
        </w:tc>
        <w:tc>
          <w:tcPr>
            <w:tcW w:w="2720" w:type="dxa"/>
            <w:vAlign w:val="center"/>
          </w:tcPr>
          <w:p w14:paraId="6157599B" w14:textId="77777777" w:rsidR="00025C5D" w:rsidRDefault="008446DA">
            <w:r>
              <w:t>☐</w:t>
            </w:r>
          </w:p>
        </w:tc>
      </w:tr>
      <w:tr w:rsidR="00025C5D" w14:paraId="25FF077E" w14:textId="77777777">
        <w:trPr>
          <w:jc w:val="center"/>
        </w:trPr>
        <w:tc>
          <w:tcPr>
            <w:tcW w:w="2720" w:type="dxa"/>
            <w:vAlign w:val="center"/>
          </w:tcPr>
          <w:p w14:paraId="261EA992" w14:textId="77777777" w:rsidR="00025C5D" w:rsidRDefault="008446DA">
            <w:r>
              <w:t>Météo / NOTAM</w:t>
            </w:r>
          </w:p>
        </w:tc>
        <w:tc>
          <w:tcPr>
            <w:tcW w:w="2720" w:type="dxa"/>
            <w:vAlign w:val="center"/>
          </w:tcPr>
          <w:p w14:paraId="015C05A8" w14:textId="77777777" w:rsidR="00025C5D" w:rsidRDefault="008446DA">
            <w:r>
              <w:t>☐</w:t>
            </w:r>
          </w:p>
        </w:tc>
        <w:tc>
          <w:tcPr>
            <w:tcW w:w="2720" w:type="dxa"/>
            <w:vAlign w:val="center"/>
          </w:tcPr>
          <w:p w14:paraId="4251B9AD" w14:textId="77777777" w:rsidR="00025C5D" w:rsidRDefault="008446DA">
            <w:r>
              <w:t>☐</w:t>
            </w:r>
          </w:p>
        </w:tc>
        <w:tc>
          <w:tcPr>
            <w:tcW w:w="2720" w:type="dxa"/>
            <w:vAlign w:val="center"/>
          </w:tcPr>
          <w:p w14:paraId="544CEBCD" w14:textId="77777777" w:rsidR="00025C5D" w:rsidRDefault="008446DA">
            <w:r>
              <w:t>☐</w:t>
            </w:r>
          </w:p>
        </w:tc>
      </w:tr>
      <w:tr w:rsidR="00025C5D" w14:paraId="4E357860" w14:textId="77777777">
        <w:trPr>
          <w:jc w:val="center"/>
        </w:trPr>
        <w:tc>
          <w:tcPr>
            <w:tcW w:w="2720" w:type="dxa"/>
            <w:vAlign w:val="center"/>
          </w:tcPr>
          <w:p w14:paraId="43CF3574" w14:textId="77777777" w:rsidR="00025C5D" w:rsidRDefault="008446DA">
            <w:r>
              <w:t xml:space="preserve">Route et points </w:t>
            </w:r>
            <w:r>
              <w:t>tournants</w:t>
            </w:r>
          </w:p>
        </w:tc>
        <w:tc>
          <w:tcPr>
            <w:tcW w:w="2720" w:type="dxa"/>
            <w:vAlign w:val="center"/>
          </w:tcPr>
          <w:p w14:paraId="7F428452" w14:textId="77777777" w:rsidR="00025C5D" w:rsidRDefault="008446DA">
            <w:r>
              <w:t>☐</w:t>
            </w:r>
          </w:p>
        </w:tc>
        <w:tc>
          <w:tcPr>
            <w:tcW w:w="2720" w:type="dxa"/>
            <w:vAlign w:val="center"/>
          </w:tcPr>
          <w:p w14:paraId="35DB2E2F" w14:textId="77777777" w:rsidR="00025C5D" w:rsidRDefault="008446DA">
            <w:r>
              <w:t>☐</w:t>
            </w:r>
          </w:p>
        </w:tc>
        <w:tc>
          <w:tcPr>
            <w:tcW w:w="2720" w:type="dxa"/>
            <w:vAlign w:val="center"/>
          </w:tcPr>
          <w:p w14:paraId="3487863C" w14:textId="77777777" w:rsidR="00025C5D" w:rsidRDefault="008446DA">
            <w:r>
              <w:t>☐</w:t>
            </w:r>
          </w:p>
        </w:tc>
      </w:tr>
      <w:tr w:rsidR="00025C5D" w14:paraId="3C221E78" w14:textId="77777777">
        <w:trPr>
          <w:jc w:val="center"/>
        </w:trPr>
        <w:tc>
          <w:tcPr>
            <w:tcW w:w="2720" w:type="dxa"/>
            <w:vAlign w:val="center"/>
          </w:tcPr>
          <w:p w14:paraId="7457C6C6" w14:textId="77777777" w:rsidR="00025C5D" w:rsidRDefault="008446DA">
            <w:r>
              <w:t>Espaces aériens / altitudes</w:t>
            </w:r>
          </w:p>
        </w:tc>
        <w:tc>
          <w:tcPr>
            <w:tcW w:w="2720" w:type="dxa"/>
            <w:vAlign w:val="center"/>
          </w:tcPr>
          <w:p w14:paraId="66719A34" w14:textId="77777777" w:rsidR="00025C5D" w:rsidRDefault="008446DA">
            <w:r>
              <w:t>☐</w:t>
            </w:r>
          </w:p>
        </w:tc>
        <w:tc>
          <w:tcPr>
            <w:tcW w:w="2720" w:type="dxa"/>
            <w:vAlign w:val="center"/>
          </w:tcPr>
          <w:p w14:paraId="2F35BBE5" w14:textId="77777777" w:rsidR="00025C5D" w:rsidRDefault="008446DA">
            <w:r>
              <w:t>☐</w:t>
            </w:r>
          </w:p>
        </w:tc>
        <w:tc>
          <w:tcPr>
            <w:tcW w:w="2720" w:type="dxa"/>
            <w:vAlign w:val="center"/>
          </w:tcPr>
          <w:p w14:paraId="3B761576" w14:textId="77777777" w:rsidR="00025C5D" w:rsidRDefault="008446DA">
            <w:r>
              <w:t>☐</w:t>
            </w:r>
          </w:p>
        </w:tc>
      </w:tr>
      <w:tr w:rsidR="00025C5D" w14:paraId="01B8499C" w14:textId="77777777">
        <w:trPr>
          <w:jc w:val="center"/>
        </w:trPr>
        <w:tc>
          <w:tcPr>
            <w:tcW w:w="2720" w:type="dxa"/>
            <w:vAlign w:val="center"/>
          </w:tcPr>
          <w:p w14:paraId="03F7A9D4" w14:textId="77777777" w:rsidR="00025C5D" w:rsidRDefault="008446DA">
            <w:r>
              <w:t>Carburant / réserve</w:t>
            </w:r>
          </w:p>
        </w:tc>
        <w:tc>
          <w:tcPr>
            <w:tcW w:w="2720" w:type="dxa"/>
            <w:vAlign w:val="center"/>
          </w:tcPr>
          <w:p w14:paraId="4F3AE163" w14:textId="77777777" w:rsidR="00025C5D" w:rsidRDefault="008446DA">
            <w:r>
              <w:t>☐</w:t>
            </w:r>
          </w:p>
        </w:tc>
        <w:tc>
          <w:tcPr>
            <w:tcW w:w="2720" w:type="dxa"/>
            <w:vAlign w:val="center"/>
          </w:tcPr>
          <w:p w14:paraId="20E575B9" w14:textId="77777777" w:rsidR="00025C5D" w:rsidRDefault="008446DA">
            <w:r>
              <w:t>☐</w:t>
            </w:r>
          </w:p>
        </w:tc>
        <w:tc>
          <w:tcPr>
            <w:tcW w:w="2720" w:type="dxa"/>
            <w:vAlign w:val="center"/>
          </w:tcPr>
          <w:p w14:paraId="1DE1FD1F" w14:textId="77777777" w:rsidR="00025C5D" w:rsidRDefault="008446DA">
            <w:r>
              <w:t>☐</w:t>
            </w:r>
          </w:p>
        </w:tc>
      </w:tr>
      <w:tr w:rsidR="00025C5D" w14:paraId="61100A96" w14:textId="77777777">
        <w:trPr>
          <w:jc w:val="center"/>
        </w:trPr>
        <w:tc>
          <w:tcPr>
            <w:tcW w:w="2720" w:type="dxa"/>
            <w:vAlign w:val="center"/>
          </w:tcPr>
          <w:p w14:paraId="15EC93C1" w14:textId="77777777" w:rsidR="00025C5D" w:rsidRDefault="008446DA">
            <w:r>
              <w:t>Masse et centrage</w:t>
            </w:r>
          </w:p>
        </w:tc>
        <w:tc>
          <w:tcPr>
            <w:tcW w:w="2720" w:type="dxa"/>
            <w:vAlign w:val="center"/>
          </w:tcPr>
          <w:p w14:paraId="2FED21CB" w14:textId="77777777" w:rsidR="00025C5D" w:rsidRDefault="008446DA">
            <w:r>
              <w:t>☐</w:t>
            </w:r>
          </w:p>
        </w:tc>
        <w:tc>
          <w:tcPr>
            <w:tcW w:w="2720" w:type="dxa"/>
            <w:vAlign w:val="center"/>
          </w:tcPr>
          <w:p w14:paraId="37362896" w14:textId="77777777" w:rsidR="00025C5D" w:rsidRDefault="008446DA">
            <w:r>
              <w:t>☐</w:t>
            </w:r>
          </w:p>
        </w:tc>
        <w:tc>
          <w:tcPr>
            <w:tcW w:w="2720" w:type="dxa"/>
            <w:vAlign w:val="center"/>
          </w:tcPr>
          <w:p w14:paraId="33BFD30B" w14:textId="77777777" w:rsidR="00025C5D" w:rsidRDefault="008446DA">
            <w:r>
              <w:t>☐</w:t>
            </w:r>
          </w:p>
        </w:tc>
      </w:tr>
      <w:tr w:rsidR="00025C5D" w14:paraId="32B08965" w14:textId="77777777">
        <w:trPr>
          <w:jc w:val="center"/>
        </w:trPr>
        <w:tc>
          <w:tcPr>
            <w:tcW w:w="2720" w:type="dxa"/>
            <w:vAlign w:val="center"/>
          </w:tcPr>
          <w:p w14:paraId="3F73022C" w14:textId="77777777" w:rsidR="00025C5D" w:rsidRDefault="008446DA">
            <w:r>
              <w:t>Performances décollage / atterrissage</w:t>
            </w:r>
          </w:p>
        </w:tc>
        <w:tc>
          <w:tcPr>
            <w:tcW w:w="2720" w:type="dxa"/>
            <w:vAlign w:val="center"/>
          </w:tcPr>
          <w:p w14:paraId="3A27181E" w14:textId="77777777" w:rsidR="00025C5D" w:rsidRDefault="008446DA">
            <w:r>
              <w:t>☐</w:t>
            </w:r>
          </w:p>
        </w:tc>
        <w:tc>
          <w:tcPr>
            <w:tcW w:w="2720" w:type="dxa"/>
            <w:vAlign w:val="center"/>
          </w:tcPr>
          <w:p w14:paraId="08D51157" w14:textId="77777777" w:rsidR="00025C5D" w:rsidRDefault="008446DA">
            <w:r>
              <w:t>☐</w:t>
            </w:r>
          </w:p>
        </w:tc>
        <w:tc>
          <w:tcPr>
            <w:tcW w:w="2720" w:type="dxa"/>
            <w:vAlign w:val="center"/>
          </w:tcPr>
          <w:p w14:paraId="7106F34B" w14:textId="77777777" w:rsidR="00025C5D" w:rsidRDefault="008446DA">
            <w:r>
              <w:t>☐</w:t>
            </w:r>
          </w:p>
        </w:tc>
      </w:tr>
      <w:tr w:rsidR="00025C5D" w14:paraId="5635FE89" w14:textId="77777777">
        <w:trPr>
          <w:jc w:val="center"/>
        </w:trPr>
        <w:tc>
          <w:tcPr>
            <w:tcW w:w="2720" w:type="dxa"/>
            <w:vAlign w:val="center"/>
          </w:tcPr>
          <w:p w14:paraId="3993B8FD" w14:textId="77777777" w:rsidR="00025C5D" w:rsidRDefault="008446DA">
            <w:r>
              <w:t>Vitesses et configurations</w:t>
            </w:r>
          </w:p>
        </w:tc>
        <w:tc>
          <w:tcPr>
            <w:tcW w:w="2720" w:type="dxa"/>
            <w:vAlign w:val="center"/>
          </w:tcPr>
          <w:p w14:paraId="732C9ED2" w14:textId="77777777" w:rsidR="00025C5D" w:rsidRDefault="008446DA">
            <w:r>
              <w:t>☐</w:t>
            </w:r>
          </w:p>
        </w:tc>
        <w:tc>
          <w:tcPr>
            <w:tcW w:w="2720" w:type="dxa"/>
            <w:vAlign w:val="center"/>
          </w:tcPr>
          <w:p w14:paraId="11D5C11F" w14:textId="77777777" w:rsidR="00025C5D" w:rsidRDefault="008446DA">
            <w:r>
              <w:t>☐</w:t>
            </w:r>
          </w:p>
        </w:tc>
        <w:tc>
          <w:tcPr>
            <w:tcW w:w="2720" w:type="dxa"/>
            <w:vAlign w:val="center"/>
          </w:tcPr>
          <w:p w14:paraId="505E8C37" w14:textId="77777777" w:rsidR="00025C5D" w:rsidRDefault="008446DA">
            <w:r>
              <w:t>☐</w:t>
            </w:r>
          </w:p>
        </w:tc>
      </w:tr>
      <w:tr w:rsidR="00025C5D" w14:paraId="483B25E9" w14:textId="77777777">
        <w:trPr>
          <w:jc w:val="center"/>
        </w:trPr>
        <w:tc>
          <w:tcPr>
            <w:tcW w:w="2720" w:type="dxa"/>
            <w:vAlign w:val="center"/>
          </w:tcPr>
          <w:p w14:paraId="70729E77" w14:textId="77777777" w:rsidR="00025C5D" w:rsidRDefault="008446DA">
            <w:r>
              <w:t>Préparation navigation</w:t>
            </w:r>
          </w:p>
        </w:tc>
        <w:tc>
          <w:tcPr>
            <w:tcW w:w="2720" w:type="dxa"/>
            <w:vAlign w:val="center"/>
          </w:tcPr>
          <w:p w14:paraId="78362D1E" w14:textId="77777777" w:rsidR="00025C5D" w:rsidRDefault="008446DA">
            <w:r>
              <w:t>☐</w:t>
            </w:r>
          </w:p>
        </w:tc>
        <w:tc>
          <w:tcPr>
            <w:tcW w:w="2720" w:type="dxa"/>
            <w:vAlign w:val="center"/>
          </w:tcPr>
          <w:p w14:paraId="516DDBB2" w14:textId="77777777" w:rsidR="00025C5D" w:rsidRDefault="008446DA">
            <w:r>
              <w:t>☐</w:t>
            </w:r>
          </w:p>
        </w:tc>
        <w:tc>
          <w:tcPr>
            <w:tcW w:w="2720" w:type="dxa"/>
            <w:vAlign w:val="center"/>
          </w:tcPr>
          <w:p w14:paraId="7E9228FB" w14:textId="77777777" w:rsidR="00025C5D" w:rsidRDefault="008446DA">
            <w:r>
              <w:t>☐</w:t>
            </w:r>
          </w:p>
        </w:tc>
      </w:tr>
      <w:tr w:rsidR="00025C5D" w14:paraId="3FE9C8BE" w14:textId="77777777">
        <w:trPr>
          <w:jc w:val="center"/>
        </w:trPr>
        <w:tc>
          <w:tcPr>
            <w:tcW w:w="2720" w:type="dxa"/>
            <w:vAlign w:val="center"/>
          </w:tcPr>
          <w:p w14:paraId="202A37E2" w14:textId="77777777" w:rsidR="00025C5D" w:rsidRDefault="008446DA">
            <w:r>
              <w:t>Déroutement envisagé</w:t>
            </w:r>
          </w:p>
        </w:tc>
        <w:tc>
          <w:tcPr>
            <w:tcW w:w="2720" w:type="dxa"/>
            <w:vAlign w:val="center"/>
          </w:tcPr>
          <w:p w14:paraId="0EAEA395" w14:textId="77777777" w:rsidR="00025C5D" w:rsidRDefault="008446DA">
            <w:r>
              <w:t>☐</w:t>
            </w:r>
          </w:p>
        </w:tc>
        <w:tc>
          <w:tcPr>
            <w:tcW w:w="2720" w:type="dxa"/>
            <w:vAlign w:val="center"/>
          </w:tcPr>
          <w:p w14:paraId="5CC653BC" w14:textId="77777777" w:rsidR="00025C5D" w:rsidRDefault="008446DA">
            <w:r>
              <w:t>☐</w:t>
            </w:r>
          </w:p>
        </w:tc>
        <w:tc>
          <w:tcPr>
            <w:tcW w:w="2720" w:type="dxa"/>
            <w:vAlign w:val="center"/>
          </w:tcPr>
          <w:p w14:paraId="3F872D83" w14:textId="77777777" w:rsidR="00025C5D" w:rsidRDefault="008446DA">
            <w:r>
              <w:t>☐</w:t>
            </w:r>
          </w:p>
        </w:tc>
      </w:tr>
      <w:tr w:rsidR="00025C5D" w14:paraId="7349A182" w14:textId="77777777">
        <w:trPr>
          <w:jc w:val="center"/>
        </w:trPr>
        <w:tc>
          <w:tcPr>
            <w:tcW w:w="2720" w:type="dxa"/>
            <w:vAlign w:val="center"/>
          </w:tcPr>
          <w:p w14:paraId="06C6E5D0" w14:textId="77777777" w:rsidR="00025C5D" w:rsidRDefault="008446DA">
            <w:r>
              <w:t>Briefing sécurité / urgences</w:t>
            </w:r>
          </w:p>
        </w:tc>
        <w:tc>
          <w:tcPr>
            <w:tcW w:w="2720" w:type="dxa"/>
            <w:vAlign w:val="center"/>
          </w:tcPr>
          <w:p w14:paraId="176B064D" w14:textId="77777777" w:rsidR="00025C5D" w:rsidRDefault="008446DA">
            <w:r>
              <w:t>☐</w:t>
            </w:r>
          </w:p>
        </w:tc>
        <w:tc>
          <w:tcPr>
            <w:tcW w:w="2720" w:type="dxa"/>
            <w:vAlign w:val="center"/>
          </w:tcPr>
          <w:p w14:paraId="7FDD721D" w14:textId="77777777" w:rsidR="00025C5D" w:rsidRDefault="008446DA">
            <w:r>
              <w:t>☐</w:t>
            </w:r>
          </w:p>
        </w:tc>
        <w:tc>
          <w:tcPr>
            <w:tcW w:w="2720" w:type="dxa"/>
            <w:vAlign w:val="center"/>
          </w:tcPr>
          <w:p w14:paraId="6D6FC0F0" w14:textId="77777777" w:rsidR="00025C5D" w:rsidRDefault="008446DA">
            <w:r>
              <w:t>☐</w:t>
            </w:r>
          </w:p>
        </w:tc>
      </w:tr>
    </w:tbl>
    <w:p w14:paraId="6AC5EED6" w14:textId="77777777" w:rsidR="00025C5D" w:rsidRDefault="008446DA">
      <w:pPr>
        <w:pStyle w:val="Titre2"/>
      </w:pPr>
      <w:r>
        <w:t>2. Prévol / mise en route / roulage</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38A36E64" w14:textId="77777777">
        <w:trPr>
          <w:tblHeader/>
          <w:jc w:val="center"/>
        </w:trPr>
        <w:tc>
          <w:tcPr>
            <w:tcW w:w="2720" w:type="dxa"/>
            <w:shd w:val="clear" w:color="auto" w:fill="D9EAF7"/>
            <w:vAlign w:val="center"/>
          </w:tcPr>
          <w:p w14:paraId="46687643" w14:textId="77777777" w:rsidR="00025C5D" w:rsidRDefault="008446DA">
            <w:r>
              <w:t>Item</w:t>
            </w:r>
          </w:p>
        </w:tc>
        <w:tc>
          <w:tcPr>
            <w:tcW w:w="2720" w:type="dxa"/>
            <w:shd w:val="clear" w:color="auto" w:fill="D9EAF7"/>
            <w:vAlign w:val="center"/>
          </w:tcPr>
          <w:p w14:paraId="308DBF2F" w14:textId="77777777" w:rsidR="00025C5D" w:rsidRDefault="008446DA">
            <w:r>
              <w:t>OK</w:t>
            </w:r>
          </w:p>
        </w:tc>
        <w:tc>
          <w:tcPr>
            <w:tcW w:w="2720" w:type="dxa"/>
            <w:shd w:val="clear" w:color="auto" w:fill="D9EAF7"/>
            <w:vAlign w:val="center"/>
          </w:tcPr>
          <w:p w14:paraId="48EC358E" w14:textId="77777777" w:rsidR="00025C5D" w:rsidRDefault="008446DA">
            <w:r>
              <w:t>À améliorer</w:t>
            </w:r>
          </w:p>
        </w:tc>
        <w:tc>
          <w:tcPr>
            <w:tcW w:w="2720" w:type="dxa"/>
            <w:shd w:val="clear" w:color="auto" w:fill="D9EAF7"/>
            <w:vAlign w:val="center"/>
          </w:tcPr>
          <w:p w14:paraId="28CF6D5E" w14:textId="77777777" w:rsidR="00025C5D" w:rsidRDefault="008446DA">
            <w:r>
              <w:t>Échec</w:t>
            </w:r>
          </w:p>
        </w:tc>
      </w:tr>
      <w:tr w:rsidR="00025C5D" w14:paraId="350F9F39" w14:textId="77777777">
        <w:trPr>
          <w:jc w:val="center"/>
        </w:trPr>
        <w:tc>
          <w:tcPr>
            <w:tcW w:w="2720" w:type="dxa"/>
            <w:vAlign w:val="center"/>
          </w:tcPr>
          <w:p w14:paraId="70CEB17D" w14:textId="77777777" w:rsidR="00025C5D" w:rsidRDefault="008446DA">
            <w:r>
              <w:t>Visite prévol méthodique</w:t>
            </w:r>
          </w:p>
        </w:tc>
        <w:tc>
          <w:tcPr>
            <w:tcW w:w="2720" w:type="dxa"/>
            <w:vAlign w:val="center"/>
          </w:tcPr>
          <w:p w14:paraId="447C0D55" w14:textId="77777777" w:rsidR="00025C5D" w:rsidRDefault="008446DA">
            <w:r>
              <w:t>☐</w:t>
            </w:r>
          </w:p>
        </w:tc>
        <w:tc>
          <w:tcPr>
            <w:tcW w:w="2720" w:type="dxa"/>
            <w:vAlign w:val="center"/>
          </w:tcPr>
          <w:p w14:paraId="661858B5" w14:textId="77777777" w:rsidR="00025C5D" w:rsidRDefault="008446DA">
            <w:r>
              <w:t>☐</w:t>
            </w:r>
          </w:p>
        </w:tc>
        <w:tc>
          <w:tcPr>
            <w:tcW w:w="2720" w:type="dxa"/>
            <w:vAlign w:val="center"/>
          </w:tcPr>
          <w:p w14:paraId="4F1007FF" w14:textId="77777777" w:rsidR="00025C5D" w:rsidRDefault="008446DA">
            <w:r>
              <w:t>☐</w:t>
            </w:r>
          </w:p>
        </w:tc>
      </w:tr>
      <w:tr w:rsidR="00025C5D" w14:paraId="3DE74E04" w14:textId="77777777">
        <w:trPr>
          <w:jc w:val="center"/>
        </w:trPr>
        <w:tc>
          <w:tcPr>
            <w:tcW w:w="2720" w:type="dxa"/>
            <w:vAlign w:val="center"/>
          </w:tcPr>
          <w:p w14:paraId="335C2287" w14:textId="77777777" w:rsidR="00025C5D" w:rsidRDefault="008446DA">
            <w:r>
              <w:t>Carburant / huile / fuites</w:t>
            </w:r>
          </w:p>
        </w:tc>
        <w:tc>
          <w:tcPr>
            <w:tcW w:w="2720" w:type="dxa"/>
            <w:vAlign w:val="center"/>
          </w:tcPr>
          <w:p w14:paraId="70A56032" w14:textId="77777777" w:rsidR="00025C5D" w:rsidRDefault="008446DA">
            <w:r>
              <w:t>☐</w:t>
            </w:r>
          </w:p>
        </w:tc>
        <w:tc>
          <w:tcPr>
            <w:tcW w:w="2720" w:type="dxa"/>
            <w:vAlign w:val="center"/>
          </w:tcPr>
          <w:p w14:paraId="13683F20" w14:textId="77777777" w:rsidR="00025C5D" w:rsidRDefault="008446DA">
            <w:r>
              <w:t>☐</w:t>
            </w:r>
          </w:p>
        </w:tc>
        <w:tc>
          <w:tcPr>
            <w:tcW w:w="2720" w:type="dxa"/>
            <w:vAlign w:val="center"/>
          </w:tcPr>
          <w:p w14:paraId="214A63E7" w14:textId="77777777" w:rsidR="00025C5D" w:rsidRDefault="008446DA">
            <w:r>
              <w:t>☐</w:t>
            </w:r>
          </w:p>
        </w:tc>
      </w:tr>
      <w:tr w:rsidR="00025C5D" w14:paraId="1542A05D" w14:textId="77777777">
        <w:trPr>
          <w:jc w:val="center"/>
        </w:trPr>
        <w:tc>
          <w:tcPr>
            <w:tcW w:w="2720" w:type="dxa"/>
            <w:vAlign w:val="center"/>
          </w:tcPr>
          <w:p w14:paraId="6DA8B2A9" w14:textId="77777777" w:rsidR="00025C5D" w:rsidRDefault="008446DA">
            <w:r>
              <w:t>Commandes / gouvernes / volets</w:t>
            </w:r>
          </w:p>
        </w:tc>
        <w:tc>
          <w:tcPr>
            <w:tcW w:w="2720" w:type="dxa"/>
            <w:vAlign w:val="center"/>
          </w:tcPr>
          <w:p w14:paraId="7BDAFAF9" w14:textId="77777777" w:rsidR="00025C5D" w:rsidRDefault="008446DA">
            <w:r>
              <w:t>☐</w:t>
            </w:r>
          </w:p>
        </w:tc>
        <w:tc>
          <w:tcPr>
            <w:tcW w:w="2720" w:type="dxa"/>
            <w:vAlign w:val="center"/>
          </w:tcPr>
          <w:p w14:paraId="1ADB0CC8" w14:textId="77777777" w:rsidR="00025C5D" w:rsidRDefault="008446DA">
            <w:r>
              <w:t>☐</w:t>
            </w:r>
          </w:p>
        </w:tc>
        <w:tc>
          <w:tcPr>
            <w:tcW w:w="2720" w:type="dxa"/>
            <w:vAlign w:val="center"/>
          </w:tcPr>
          <w:p w14:paraId="608624E7" w14:textId="77777777" w:rsidR="00025C5D" w:rsidRDefault="008446DA">
            <w:r>
              <w:t>☐</w:t>
            </w:r>
          </w:p>
        </w:tc>
      </w:tr>
      <w:tr w:rsidR="00025C5D" w14:paraId="704FAEE0" w14:textId="77777777">
        <w:trPr>
          <w:jc w:val="center"/>
        </w:trPr>
        <w:tc>
          <w:tcPr>
            <w:tcW w:w="2720" w:type="dxa"/>
            <w:vAlign w:val="center"/>
          </w:tcPr>
          <w:p w14:paraId="380EDF96" w14:textId="77777777" w:rsidR="00025C5D" w:rsidRDefault="008446DA">
            <w:r>
              <w:t>Pitot / statique / hélice / train</w:t>
            </w:r>
          </w:p>
        </w:tc>
        <w:tc>
          <w:tcPr>
            <w:tcW w:w="2720" w:type="dxa"/>
            <w:vAlign w:val="center"/>
          </w:tcPr>
          <w:p w14:paraId="2DA44221" w14:textId="77777777" w:rsidR="00025C5D" w:rsidRDefault="008446DA">
            <w:r>
              <w:t>☐</w:t>
            </w:r>
          </w:p>
        </w:tc>
        <w:tc>
          <w:tcPr>
            <w:tcW w:w="2720" w:type="dxa"/>
            <w:vAlign w:val="center"/>
          </w:tcPr>
          <w:p w14:paraId="1189AE27" w14:textId="77777777" w:rsidR="00025C5D" w:rsidRDefault="008446DA">
            <w:r>
              <w:t>☐</w:t>
            </w:r>
          </w:p>
        </w:tc>
        <w:tc>
          <w:tcPr>
            <w:tcW w:w="2720" w:type="dxa"/>
            <w:vAlign w:val="center"/>
          </w:tcPr>
          <w:p w14:paraId="69EAD08D" w14:textId="77777777" w:rsidR="00025C5D" w:rsidRDefault="008446DA">
            <w:r>
              <w:t>☐</w:t>
            </w:r>
          </w:p>
        </w:tc>
      </w:tr>
      <w:tr w:rsidR="00025C5D" w14:paraId="04F0601A" w14:textId="77777777">
        <w:trPr>
          <w:jc w:val="center"/>
        </w:trPr>
        <w:tc>
          <w:tcPr>
            <w:tcW w:w="2720" w:type="dxa"/>
            <w:vAlign w:val="center"/>
          </w:tcPr>
          <w:p w14:paraId="3BF4B8AB" w14:textId="77777777" w:rsidR="00025C5D" w:rsidRDefault="008446DA">
            <w:r>
              <w:t>Documents et équipements</w:t>
            </w:r>
          </w:p>
        </w:tc>
        <w:tc>
          <w:tcPr>
            <w:tcW w:w="2720" w:type="dxa"/>
            <w:vAlign w:val="center"/>
          </w:tcPr>
          <w:p w14:paraId="365D442D" w14:textId="77777777" w:rsidR="00025C5D" w:rsidRDefault="008446DA">
            <w:r>
              <w:t>☐</w:t>
            </w:r>
          </w:p>
        </w:tc>
        <w:tc>
          <w:tcPr>
            <w:tcW w:w="2720" w:type="dxa"/>
            <w:vAlign w:val="center"/>
          </w:tcPr>
          <w:p w14:paraId="330D33D6" w14:textId="77777777" w:rsidR="00025C5D" w:rsidRDefault="008446DA">
            <w:r>
              <w:t>☐</w:t>
            </w:r>
          </w:p>
        </w:tc>
        <w:tc>
          <w:tcPr>
            <w:tcW w:w="2720" w:type="dxa"/>
            <w:vAlign w:val="center"/>
          </w:tcPr>
          <w:p w14:paraId="1C8A6925" w14:textId="77777777" w:rsidR="00025C5D" w:rsidRDefault="008446DA">
            <w:r>
              <w:t>☐</w:t>
            </w:r>
          </w:p>
        </w:tc>
      </w:tr>
      <w:tr w:rsidR="00025C5D" w14:paraId="21A3B556" w14:textId="77777777">
        <w:trPr>
          <w:jc w:val="center"/>
        </w:trPr>
        <w:tc>
          <w:tcPr>
            <w:tcW w:w="2720" w:type="dxa"/>
            <w:vAlign w:val="center"/>
          </w:tcPr>
          <w:p w14:paraId="14A366A4" w14:textId="77777777" w:rsidR="00025C5D" w:rsidRDefault="008446DA">
            <w:r>
              <w:t>Mise en route</w:t>
            </w:r>
          </w:p>
        </w:tc>
        <w:tc>
          <w:tcPr>
            <w:tcW w:w="2720" w:type="dxa"/>
            <w:vAlign w:val="center"/>
          </w:tcPr>
          <w:p w14:paraId="5BA566F6" w14:textId="77777777" w:rsidR="00025C5D" w:rsidRDefault="008446DA">
            <w:r>
              <w:t>☐</w:t>
            </w:r>
          </w:p>
        </w:tc>
        <w:tc>
          <w:tcPr>
            <w:tcW w:w="2720" w:type="dxa"/>
            <w:vAlign w:val="center"/>
          </w:tcPr>
          <w:p w14:paraId="736BCCD9" w14:textId="77777777" w:rsidR="00025C5D" w:rsidRDefault="008446DA">
            <w:r>
              <w:t>☐</w:t>
            </w:r>
          </w:p>
        </w:tc>
        <w:tc>
          <w:tcPr>
            <w:tcW w:w="2720" w:type="dxa"/>
            <w:vAlign w:val="center"/>
          </w:tcPr>
          <w:p w14:paraId="099E86BD" w14:textId="77777777" w:rsidR="00025C5D" w:rsidRDefault="008446DA">
            <w:r>
              <w:t>☐</w:t>
            </w:r>
          </w:p>
        </w:tc>
      </w:tr>
      <w:tr w:rsidR="00025C5D" w14:paraId="13619BEA" w14:textId="77777777">
        <w:trPr>
          <w:jc w:val="center"/>
        </w:trPr>
        <w:tc>
          <w:tcPr>
            <w:tcW w:w="2720" w:type="dxa"/>
            <w:vAlign w:val="center"/>
          </w:tcPr>
          <w:p w14:paraId="20707252" w14:textId="77777777" w:rsidR="00025C5D" w:rsidRDefault="008446DA">
            <w:r>
              <w:t>Paramètres moteur</w:t>
            </w:r>
          </w:p>
        </w:tc>
        <w:tc>
          <w:tcPr>
            <w:tcW w:w="2720" w:type="dxa"/>
            <w:vAlign w:val="center"/>
          </w:tcPr>
          <w:p w14:paraId="14DE719C" w14:textId="77777777" w:rsidR="00025C5D" w:rsidRDefault="008446DA">
            <w:r>
              <w:t>☐</w:t>
            </w:r>
          </w:p>
        </w:tc>
        <w:tc>
          <w:tcPr>
            <w:tcW w:w="2720" w:type="dxa"/>
            <w:vAlign w:val="center"/>
          </w:tcPr>
          <w:p w14:paraId="34B91B87" w14:textId="77777777" w:rsidR="00025C5D" w:rsidRDefault="008446DA">
            <w:r>
              <w:t>☐</w:t>
            </w:r>
          </w:p>
        </w:tc>
        <w:tc>
          <w:tcPr>
            <w:tcW w:w="2720" w:type="dxa"/>
            <w:vAlign w:val="center"/>
          </w:tcPr>
          <w:p w14:paraId="3C61EA2D" w14:textId="77777777" w:rsidR="00025C5D" w:rsidRDefault="008446DA">
            <w:r>
              <w:t>☐</w:t>
            </w:r>
          </w:p>
        </w:tc>
      </w:tr>
      <w:tr w:rsidR="00025C5D" w14:paraId="79C5D628" w14:textId="77777777">
        <w:trPr>
          <w:jc w:val="center"/>
        </w:trPr>
        <w:tc>
          <w:tcPr>
            <w:tcW w:w="2720" w:type="dxa"/>
            <w:vAlign w:val="center"/>
          </w:tcPr>
          <w:p w14:paraId="22A71223" w14:textId="77777777" w:rsidR="00025C5D" w:rsidRDefault="008446DA">
            <w:r>
              <w:t>Check-list</w:t>
            </w:r>
          </w:p>
        </w:tc>
        <w:tc>
          <w:tcPr>
            <w:tcW w:w="2720" w:type="dxa"/>
            <w:vAlign w:val="center"/>
          </w:tcPr>
          <w:p w14:paraId="7E6F900B" w14:textId="77777777" w:rsidR="00025C5D" w:rsidRDefault="008446DA">
            <w:r>
              <w:t>☐</w:t>
            </w:r>
          </w:p>
        </w:tc>
        <w:tc>
          <w:tcPr>
            <w:tcW w:w="2720" w:type="dxa"/>
            <w:vAlign w:val="center"/>
          </w:tcPr>
          <w:p w14:paraId="18F5F334" w14:textId="77777777" w:rsidR="00025C5D" w:rsidRDefault="008446DA">
            <w:r>
              <w:t>☐</w:t>
            </w:r>
          </w:p>
        </w:tc>
        <w:tc>
          <w:tcPr>
            <w:tcW w:w="2720" w:type="dxa"/>
            <w:vAlign w:val="center"/>
          </w:tcPr>
          <w:p w14:paraId="2E7FD973" w14:textId="77777777" w:rsidR="00025C5D" w:rsidRDefault="008446DA">
            <w:r>
              <w:t>☐</w:t>
            </w:r>
          </w:p>
        </w:tc>
      </w:tr>
      <w:tr w:rsidR="00025C5D" w14:paraId="55852806" w14:textId="77777777">
        <w:trPr>
          <w:jc w:val="center"/>
        </w:trPr>
        <w:tc>
          <w:tcPr>
            <w:tcW w:w="2720" w:type="dxa"/>
            <w:vAlign w:val="center"/>
          </w:tcPr>
          <w:p w14:paraId="35B5C461" w14:textId="77777777" w:rsidR="00025C5D" w:rsidRDefault="008446DA">
            <w:r>
              <w:t>Roulage / contrôle directionnel</w:t>
            </w:r>
          </w:p>
        </w:tc>
        <w:tc>
          <w:tcPr>
            <w:tcW w:w="2720" w:type="dxa"/>
            <w:vAlign w:val="center"/>
          </w:tcPr>
          <w:p w14:paraId="193B7CDB" w14:textId="77777777" w:rsidR="00025C5D" w:rsidRDefault="008446DA">
            <w:r>
              <w:t>☐</w:t>
            </w:r>
          </w:p>
        </w:tc>
        <w:tc>
          <w:tcPr>
            <w:tcW w:w="2720" w:type="dxa"/>
            <w:vAlign w:val="center"/>
          </w:tcPr>
          <w:p w14:paraId="1A319934" w14:textId="77777777" w:rsidR="00025C5D" w:rsidRDefault="008446DA">
            <w:r>
              <w:t>☐</w:t>
            </w:r>
          </w:p>
        </w:tc>
        <w:tc>
          <w:tcPr>
            <w:tcW w:w="2720" w:type="dxa"/>
            <w:vAlign w:val="center"/>
          </w:tcPr>
          <w:p w14:paraId="7BCF29D7" w14:textId="77777777" w:rsidR="00025C5D" w:rsidRDefault="008446DA">
            <w:r>
              <w:t>☐</w:t>
            </w:r>
          </w:p>
        </w:tc>
      </w:tr>
      <w:tr w:rsidR="00025C5D" w14:paraId="20BDFD49" w14:textId="77777777">
        <w:trPr>
          <w:jc w:val="center"/>
        </w:trPr>
        <w:tc>
          <w:tcPr>
            <w:tcW w:w="2720" w:type="dxa"/>
            <w:vAlign w:val="center"/>
          </w:tcPr>
          <w:p w14:paraId="705D3F06" w14:textId="77777777" w:rsidR="00025C5D" w:rsidRDefault="008446DA">
            <w:r>
              <w:t>Radio / surveillance extérieure</w:t>
            </w:r>
          </w:p>
        </w:tc>
        <w:tc>
          <w:tcPr>
            <w:tcW w:w="2720" w:type="dxa"/>
            <w:vAlign w:val="center"/>
          </w:tcPr>
          <w:p w14:paraId="4447C902" w14:textId="77777777" w:rsidR="00025C5D" w:rsidRDefault="008446DA">
            <w:r>
              <w:t>☐</w:t>
            </w:r>
          </w:p>
        </w:tc>
        <w:tc>
          <w:tcPr>
            <w:tcW w:w="2720" w:type="dxa"/>
            <w:vAlign w:val="center"/>
          </w:tcPr>
          <w:p w14:paraId="10F72713" w14:textId="77777777" w:rsidR="00025C5D" w:rsidRDefault="008446DA">
            <w:r>
              <w:t>☐</w:t>
            </w:r>
          </w:p>
        </w:tc>
        <w:tc>
          <w:tcPr>
            <w:tcW w:w="2720" w:type="dxa"/>
            <w:vAlign w:val="center"/>
          </w:tcPr>
          <w:p w14:paraId="74A2B31B" w14:textId="77777777" w:rsidR="00025C5D" w:rsidRDefault="008446DA">
            <w:r>
              <w:t>☐</w:t>
            </w:r>
          </w:p>
        </w:tc>
      </w:tr>
      <w:tr w:rsidR="00025C5D" w14:paraId="751CCF6E" w14:textId="77777777">
        <w:trPr>
          <w:jc w:val="center"/>
        </w:trPr>
        <w:tc>
          <w:tcPr>
            <w:tcW w:w="2720" w:type="dxa"/>
            <w:vAlign w:val="center"/>
          </w:tcPr>
          <w:p w14:paraId="33AA9158" w14:textId="77777777" w:rsidR="00025C5D" w:rsidRDefault="008446DA">
            <w:r>
              <w:t>Briefing décollage</w:t>
            </w:r>
          </w:p>
        </w:tc>
        <w:tc>
          <w:tcPr>
            <w:tcW w:w="2720" w:type="dxa"/>
            <w:vAlign w:val="center"/>
          </w:tcPr>
          <w:p w14:paraId="31969CCF" w14:textId="77777777" w:rsidR="00025C5D" w:rsidRDefault="008446DA">
            <w:r>
              <w:t>☐</w:t>
            </w:r>
          </w:p>
        </w:tc>
        <w:tc>
          <w:tcPr>
            <w:tcW w:w="2720" w:type="dxa"/>
            <w:vAlign w:val="center"/>
          </w:tcPr>
          <w:p w14:paraId="7A0A81BE" w14:textId="77777777" w:rsidR="00025C5D" w:rsidRDefault="008446DA">
            <w:r>
              <w:t>☐</w:t>
            </w:r>
          </w:p>
        </w:tc>
        <w:tc>
          <w:tcPr>
            <w:tcW w:w="2720" w:type="dxa"/>
            <w:vAlign w:val="center"/>
          </w:tcPr>
          <w:p w14:paraId="00206058" w14:textId="77777777" w:rsidR="00025C5D" w:rsidRDefault="008446DA">
            <w:r>
              <w:t>☐</w:t>
            </w:r>
          </w:p>
        </w:tc>
      </w:tr>
      <w:tr w:rsidR="00025C5D" w14:paraId="596FDF44" w14:textId="77777777">
        <w:trPr>
          <w:jc w:val="center"/>
        </w:trPr>
        <w:tc>
          <w:tcPr>
            <w:tcW w:w="2720" w:type="dxa"/>
            <w:vAlign w:val="center"/>
          </w:tcPr>
          <w:p w14:paraId="6D4EA965" w14:textId="77777777" w:rsidR="00025C5D" w:rsidRDefault="008446DA">
            <w:r>
              <w:t>Procédure panne moteur après décollage</w:t>
            </w:r>
          </w:p>
        </w:tc>
        <w:tc>
          <w:tcPr>
            <w:tcW w:w="2720" w:type="dxa"/>
            <w:vAlign w:val="center"/>
          </w:tcPr>
          <w:p w14:paraId="7DC56845" w14:textId="77777777" w:rsidR="00025C5D" w:rsidRDefault="008446DA">
            <w:r>
              <w:t>☐</w:t>
            </w:r>
          </w:p>
        </w:tc>
        <w:tc>
          <w:tcPr>
            <w:tcW w:w="2720" w:type="dxa"/>
            <w:vAlign w:val="center"/>
          </w:tcPr>
          <w:p w14:paraId="193E2484" w14:textId="77777777" w:rsidR="00025C5D" w:rsidRDefault="008446DA">
            <w:r>
              <w:t>☐</w:t>
            </w:r>
          </w:p>
        </w:tc>
        <w:tc>
          <w:tcPr>
            <w:tcW w:w="2720" w:type="dxa"/>
            <w:vAlign w:val="center"/>
          </w:tcPr>
          <w:p w14:paraId="000BA2C4" w14:textId="77777777" w:rsidR="00025C5D" w:rsidRDefault="008446DA">
            <w:r>
              <w:t>☐</w:t>
            </w:r>
          </w:p>
        </w:tc>
      </w:tr>
    </w:tbl>
    <w:p w14:paraId="33D51809" w14:textId="77777777" w:rsidR="00025C5D" w:rsidRDefault="008446DA">
      <w:pPr>
        <w:pStyle w:val="Titre2"/>
      </w:pPr>
      <w:r>
        <w:t xml:space="preserve">3. </w:t>
      </w:r>
      <w:r>
        <w:t>Décollage / montée</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1D51067E" w14:textId="77777777">
        <w:trPr>
          <w:tblHeader/>
          <w:jc w:val="center"/>
        </w:trPr>
        <w:tc>
          <w:tcPr>
            <w:tcW w:w="2720" w:type="dxa"/>
            <w:shd w:val="clear" w:color="auto" w:fill="D9EAF7"/>
            <w:vAlign w:val="center"/>
          </w:tcPr>
          <w:p w14:paraId="1107DAB4" w14:textId="77777777" w:rsidR="00025C5D" w:rsidRDefault="008446DA">
            <w:r>
              <w:t>Item</w:t>
            </w:r>
          </w:p>
        </w:tc>
        <w:tc>
          <w:tcPr>
            <w:tcW w:w="2720" w:type="dxa"/>
            <w:shd w:val="clear" w:color="auto" w:fill="D9EAF7"/>
            <w:vAlign w:val="center"/>
          </w:tcPr>
          <w:p w14:paraId="755DDF2A" w14:textId="77777777" w:rsidR="00025C5D" w:rsidRDefault="008446DA">
            <w:r>
              <w:t>OK</w:t>
            </w:r>
          </w:p>
        </w:tc>
        <w:tc>
          <w:tcPr>
            <w:tcW w:w="2720" w:type="dxa"/>
            <w:shd w:val="clear" w:color="auto" w:fill="D9EAF7"/>
            <w:vAlign w:val="center"/>
          </w:tcPr>
          <w:p w14:paraId="2D473BCE" w14:textId="77777777" w:rsidR="00025C5D" w:rsidRDefault="008446DA">
            <w:r>
              <w:t>À améliorer</w:t>
            </w:r>
          </w:p>
        </w:tc>
        <w:tc>
          <w:tcPr>
            <w:tcW w:w="2720" w:type="dxa"/>
            <w:shd w:val="clear" w:color="auto" w:fill="D9EAF7"/>
            <w:vAlign w:val="center"/>
          </w:tcPr>
          <w:p w14:paraId="20CE16E5" w14:textId="77777777" w:rsidR="00025C5D" w:rsidRDefault="008446DA">
            <w:r>
              <w:t>Échec</w:t>
            </w:r>
          </w:p>
        </w:tc>
      </w:tr>
      <w:tr w:rsidR="00025C5D" w14:paraId="26ED356A" w14:textId="77777777">
        <w:trPr>
          <w:jc w:val="center"/>
        </w:trPr>
        <w:tc>
          <w:tcPr>
            <w:tcW w:w="2720" w:type="dxa"/>
            <w:vAlign w:val="center"/>
          </w:tcPr>
          <w:p w14:paraId="4872C532" w14:textId="77777777" w:rsidR="00025C5D" w:rsidRDefault="008446DA">
            <w:r>
              <w:t>Alignement / axe</w:t>
            </w:r>
          </w:p>
        </w:tc>
        <w:tc>
          <w:tcPr>
            <w:tcW w:w="2720" w:type="dxa"/>
            <w:vAlign w:val="center"/>
          </w:tcPr>
          <w:p w14:paraId="7603FC8E" w14:textId="77777777" w:rsidR="00025C5D" w:rsidRDefault="008446DA">
            <w:r>
              <w:t>☐</w:t>
            </w:r>
          </w:p>
        </w:tc>
        <w:tc>
          <w:tcPr>
            <w:tcW w:w="2720" w:type="dxa"/>
            <w:vAlign w:val="center"/>
          </w:tcPr>
          <w:p w14:paraId="11FCDB49" w14:textId="77777777" w:rsidR="00025C5D" w:rsidRDefault="008446DA">
            <w:r>
              <w:t>☐</w:t>
            </w:r>
          </w:p>
        </w:tc>
        <w:tc>
          <w:tcPr>
            <w:tcW w:w="2720" w:type="dxa"/>
            <w:vAlign w:val="center"/>
          </w:tcPr>
          <w:p w14:paraId="2C753133" w14:textId="77777777" w:rsidR="00025C5D" w:rsidRDefault="008446DA">
            <w:r>
              <w:t>☐</w:t>
            </w:r>
          </w:p>
        </w:tc>
      </w:tr>
      <w:tr w:rsidR="00025C5D" w14:paraId="65400F4F" w14:textId="77777777">
        <w:trPr>
          <w:jc w:val="center"/>
        </w:trPr>
        <w:tc>
          <w:tcPr>
            <w:tcW w:w="2720" w:type="dxa"/>
            <w:vAlign w:val="center"/>
          </w:tcPr>
          <w:p w14:paraId="7526ECB6" w14:textId="77777777" w:rsidR="00025C5D" w:rsidRDefault="008446DA">
            <w:r>
              <w:t>Puissance / paramètres</w:t>
            </w:r>
          </w:p>
        </w:tc>
        <w:tc>
          <w:tcPr>
            <w:tcW w:w="2720" w:type="dxa"/>
            <w:vAlign w:val="center"/>
          </w:tcPr>
          <w:p w14:paraId="7153EDB6" w14:textId="77777777" w:rsidR="00025C5D" w:rsidRDefault="008446DA">
            <w:r>
              <w:t>☐</w:t>
            </w:r>
          </w:p>
        </w:tc>
        <w:tc>
          <w:tcPr>
            <w:tcW w:w="2720" w:type="dxa"/>
            <w:vAlign w:val="center"/>
          </w:tcPr>
          <w:p w14:paraId="3BD35907" w14:textId="77777777" w:rsidR="00025C5D" w:rsidRDefault="008446DA">
            <w:r>
              <w:t>☐</w:t>
            </w:r>
          </w:p>
        </w:tc>
        <w:tc>
          <w:tcPr>
            <w:tcW w:w="2720" w:type="dxa"/>
            <w:vAlign w:val="center"/>
          </w:tcPr>
          <w:p w14:paraId="360B2966" w14:textId="77777777" w:rsidR="00025C5D" w:rsidRDefault="008446DA">
            <w:r>
              <w:t>☐</w:t>
            </w:r>
          </w:p>
        </w:tc>
      </w:tr>
      <w:tr w:rsidR="00025C5D" w14:paraId="21A14FC0" w14:textId="77777777">
        <w:trPr>
          <w:jc w:val="center"/>
        </w:trPr>
        <w:tc>
          <w:tcPr>
            <w:tcW w:w="2720" w:type="dxa"/>
            <w:vAlign w:val="center"/>
          </w:tcPr>
          <w:p w14:paraId="6598410F" w14:textId="77777777" w:rsidR="00025C5D" w:rsidRDefault="008446DA">
            <w:r>
              <w:t>Rotation / assiette</w:t>
            </w:r>
          </w:p>
        </w:tc>
        <w:tc>
          <w:tcPr>
            <w:tcW w:w="2720" w:type="dxa"/>
            <w:vAlign w:val="center"/>
          </w:tcPr>
          <w:p w14:paraId="1D04C3DA" w14:textId="77777777" w:rsidR="00025C5D" w:rsidRDefault="008446DA">
            <w:r>
              <w:t>☐</w:t>
            </w:r>
          </w:p>
        </w:tc>
        <w:tc>
          <w:tcPr>
            <w:tcW w:w="2720" w:type="dxa"/>
            <w:vAlign w:val="center"/>
          </w:tcPr>
          <w:p w14:paraId="5ADA4F25" w14:textId="77777777" w:rsidR="00025C5D" w:rsidRDefault="008446DA">
            <w:r>
              <w:t>☐</w:t>
            </w:r>
          </w:p>
        </w:tc>
        <w:tc>
          <w:tcPr>
            <w:tcW w:w="2720" w:type="dxa"/>
            <w:vAlign w:val="center"/>
          </w:tcPr>
          <w:p w14:paraId="041B2D30" w14:textId="77777777" w:rsidR="00025C5D" w:rsidRDefault="008446DA">
            <w:r>
              <w:t>☐</w:t>
            </w:r>
          </w:p>
        </w:tc>
      </w:tr>
      <w:tr w:rsidR="00025C5D" w14:paraId="3738525F" w14:textId="77777777">
        <w:trPr>
          <w:jc w:val="center"/>
        </w:trPr>
        <w:tc>
          <w:tcPr>
            <w:tcW w:w="2720" w:type="dxa"/>
            <w:vAlign w:val="center"/>
          </w:tcPr>
          <w:p w14:paraId="447D2CE6" w14:textId="77777777" w:rsidR="00025C5D" w:rsidRDefault="008446DA">
            <w:r>
              <w:t>Vitesse</w:t>
            </w:r>
          </w:p>
        </w:tc>
        <w:tc>
          <w:tcPr>
            <w:tcW w:w="2720" w:type="dxa"/>
            <w:vAlign w:val="center"/>
          </w:tcPr>
          <w:p w14:paraId="11305D95" w14:textId="77777777" w:rsidR="00025C5D" w:rsidRDefault="008446DA">
            <w:r>
              <w:t>☐</w:t>
            </w:r>
          </w:p>
        </w:tc>
        <w:tc>
          <w:tcPr>
            <w:tcW w:w="2720" w:type="dxa"/>
            <w:vAlign w:val="center"/>
          </w:tcPr>
          <w:p w14:paraId="0782D16F" w14:textId="77777777" w:rsidR="00025C5D" w:rsidRDefault="008446DA">
            <w:r>
              <w:t>☐</w:t>
            </w:r>
          </w:p>
        </w:tc>
        <w:tc>
          <w:tcPr>
            <w:tcW w:w="2720" w:type="dxa"/>
            <w:vAlign w:val="center"/>
          </w:tcPr>
          <w:p w14:paraId="40A93A8F" w14:textId="77777777" w:rsidR="00025C5D" w:rsidRDefault="008446DA">
            <w:r>
              <w:t>☐</w:t>
            </w:r>
          </w:p>
        </w:tc>
      </w:tr>
      <w:tr w:rsidR="00025C5D" w14:paraId="30378D47" w14:textId="77777777">
        <w:trPr>
          <w:jc w:val="center"/>
        </w:trPr>
        <w:tc>
          <w:tcPr>
            <w:tcW w:w="2720" w:type="dxa"/>
            <w:vAlign w:val="center"/>
          </w:tcPr>
          <w:p w14:paraId="06BCD8DD" w14:textId="77777777" w:rsidR="00025C5D" w:rsidRDefault="008446DA">
            <w:r>
              <w:t>Maintien trajectoire</w:t>
            </w:r>
          </w:p>
        </w:tc>
        <w:tc>
          <w:tcPr>
            <w:tcW w:w="2720" w:type="dxa"/>
            <w:vAlign w:val="center"/>
          </w:tcPr>
          <w:p w14:paraId="15D83B4D" w14:textId="77777777" w:rsidR="00025C5D" w:rsidRDefault="008446DA">
            <w:r>
              <w:t>☐</w:t>
            </w:r>
          </w:p>
        </w:tc>
        <w:tc>
          <w:tcPr>
            <w:tcW w:w="2720" w:type="dxa"/>
            <w:vAlign w:val="center"/>
          </w:tcPr>
          <w:p w14:paraId="2367C879" w14:textId="77777777" w:rsidR="00025C5D" w:rsidRDefault="008446DA">
            <w:r>
              <w:t>☐</w:t>
            </w:r>
          </w:p>
        </w:tc>
        <w:tc>
          <w:tcPr>
            <w:tcW w:w="2720" w:type="dxa"/>
            <w:vAlign w:val="center"/>
          </w:tcPr>
          <w:p w14:paraId="5F829914" w14:textId="77777777" w:rsidR="00025C5D" w:rsidRDefault="008446DA">
            <w:r>
              <w:t>☐</w:t>
            </w:r>
          </w:p>
        </w:tc>
      </w:tr>
      <w:tr w:rsidR="00025C5D" w14:paraId="0D0F7129" w14:textId="77777777">
        <w:trPr>
          <w:jc w:val="center"/>
        </w:trPr>
        <w:tc>
          <w:tcPr>
            <w:tcW w:w="2720" w:type="dxa"/>
            <w:vAlign w:val="center"/>
          </w:tcPr>
          <w:p w14:paraId="5E339DAE" w14:textId="77777777" w:rsidR="00025C5D" w:rsidRDefault="008446DA">
            <w:r>
              <w:t>Configuration après décollage</w:t>
            </w:r>
          </w:p>
        </w:tc>
        <w:tc>
          <w:tcPr>
            <w:tcW w:w="2720" w:type="dxa"/>
            <w:vAlign w:val="center"/>
          </w:tcPr>
          <w:p w14:paraId="7D350196" w14:textId="77777777" w:rsidR="00025C5D" w:rsidRDefault="008446DA">
            <w:r>
              <w:t>☐</w:t>
            </w:r>
          </w:p>
        </w:tc>
        <w:tc>
          <w:tcPr>
            <w:tcW w:w="2720" w:type="dxa"/>
            <w:vAlign w:val="center"/>
          </w:tcPr>
          <w:p w14:paraId="758ACE7A" w14:textId="77777777" w:rsidR="00025C5D" w:rsidRDefault="008446DA">
            <w:r>
              <w:t>☐</w:t>
            </w:r>
          </w:p>
        </w:tc>
        <w:tc>
          <w:tcPr>
            <w:tcW w:w="2720" w:type="dxa"/>
            <w:vAlign w:val="center"/>
          </w:tcPr>
          <w:p w14:paraId="6920093E" w14:textId="77777777" w:rsidR="00025C5D" w:rsidRDefault="008446DA">
            <w:r>
              <w:t>☐</w:t>
            </w:r>
          </w:p>
        </w:tc>
      </w:tr>
      <w:tr w:rsidR="00025C5D" w14:paraId="69C1FA5F" w14:textId="77777777">
        <w:trPr>
          <w:jc w:val="center"/>
        </w:trPr>
        <w:tc>
          <w:tcPr>
            <w:tcW w:w="2720" w:type="dxa"/>
            <w:vAlign w:val="center"/>
          </w:tcPr>
          <w:p w14:paraId="2474D902" w14:textId="77777777" w:rsidR="00025C5D" w:rsidRDefault="008446DA">
            <w:r>
              <w:t>Montée / cap / coordination</w:t>
            </w:r>
          </w:p>
        </w:tc>
        <w:tc>
          <w:tcPr>
            <w:tcW w:w="2720" w:type="dxa"/>
            <w:vAlign w:val="center"/>
          </w:tcPr>
          <w:p w14:paraId="31B5F486" w14:textId="77777777" w:rsidR="00025C5D" w:rsidRDefault="008446DA">
            <w:r>
              <w:t>☐</w:t>
            </w:r>
          </w:p>
        </w:tc>
        <w:tc>
          <w:tcPr>
            <w:tcW w:w="2720" w:type="dxa"/>
            <w:vAlign w:val="center"/>
          </w:tcPr>
          <w:p w14:paraId="2C728781" w14:textId="77777777" w:rsidR="00025C5D" w:rsidRDefault="008446DA">
            <w:r>
              <w:t>☐</w:t>
            </w:r>
          </w:p>
        </w:tc>
        <w:tc>
          <w:tcPr>
            <w:tcW w:w="2720" w:type="dxa"/>
            <w:vAlign w:val="center"/>
          </w:tcPr>
          <w:p w14:paraId="40C53D00" w14:textId="77777777" w:rsidR="00025C5D" w:rsidRDefault="008446DA">
            <w:r>
              <w:t>☐</w:t>
            </w:r>
          </w:p>
        </w:tc>
      </w:tr>
      <w:tr w:rsidR="00025C5D" w14:paraId="500CF1C5" w14:textId="77777777">
        <w:trPr>
          <w:jc w:val="center"/>
        </w:trPr>
        <w:tc>
          <w:tcPr>
            <w:tcW w:w="2720" w:type="dxa"/>
            <w:vAlign w:val="center"/>
          </w:tcPr>
          <w:p w14:paraId="51AEF264" w14:textId="77777777" w:rsidR="00025C5D" w:rsidRDefault="008446DA">
            <w:r>
              <w:t xml:space="preserve">Mise en </w:t>
            </w:r>
            <w:r>
              <w:t>palier / trim</w:t>
            </w:r>
          </w:p>
        </w:tc>
        <w:tc>
          <w:tcPr>
            <w:tcW w:w="2720" w:type="dxa"/>
            <w:vAlign w:val="center"/>
          </w:tcPr>
          <w:p w14:paraId="3F95C50A" w14:textId="77777777" w:rsidR="00025C5D" w:rsidRDefault="008446DA">
            <w:r>
              <w:t>☐</w:t>
            </w:r>
          </w:p>
        </w:tc>
        <w:tc>
          <w:tcPr>
            <w:tcW w:w="2720" w:type="dxa"/>
            <w:vAlign w:val="center"/>
          </w:tcPr>
          <w:p w14:paraId="6FB4DAE2" w14:textId="77777777" w:rsidR="00025C5D" w:rsidRDefault="008446DA">
            <w:r>
              <w:t>☐</w:t>
            </w:r>
          </w:p>
        </w:tc>
        <w:tc>
          <w:tcPr>
            <w:tcW w:w="2720" w:type="dxa"/>
            <w:vAlign w:val="center"/>
          </w:tcPr>
          <w:p w14:paraId="083E1088" w14:textId="77777777" w:rsidR="00025C5D" w:rsidRDefault="008446DA">
            <w:r>
              <w:t>☐</w:t>
            </w:r>
          </w:p>
        </w:tc>
      </w:tr>
    </w:tbl>
    <w:p w14:paraId="1BA3ED88" w14:textId="77777777" w:rsidR="00025C5D" w:rsidRDefault="008446DA">
      <w:pPr>
        <w:pStyle w:val="Titre2"/>
      </w:pPr>
      <w:r>
        <w:t>4. Maniabilité / General Airwork</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2A6AFCC1" w14:textId="77777777">
        <w:trPr>
          <w:tblHeader/>
          <w:jc w:val="center"/>
        </w:trPr>
        <w:tc>
          <w:tcPr>
            <w:tcW w:w="2720" w:type="dxa"/>
            <w:shd w:val="clear" w:color="auto" w:fill="D9EAF7"/>
            <w:vAlign w:val="center"/>
          </w:tcPr>
          <w:p w14:paraId="7ADC4183" w14:textId="77777777" w:rsidR="00025C5D" w:rsidRDefault="008446DA">
            <w:r>
              <w:t>Item</w:t>
            </w:r>
          </w:p>
        </w:tc>
        <w:tc>
          <w:tcPr>
            <w:tcW w:w="2720" w:type="dxa"/>
            <w:shd w:val="clear" w:color="auto" w:fill="D9EAF7"/>
            <w:vAlign w:val="center"/>
          </w:tcPr>
          <w:p w14:paraId="6ECA26E3" w14:textId="77777777" w:rsidR="00025C5D" w:rsidRDefault="008446DA">
            <w:r>
              <w:t>OK</w:t>
            </w:r>
          </w:p>
        </w:tc>
        <w:tc>
          <w:tcPr>
            <w:tcW w:w="2720" w:type="dxa"/>
            <w:shd w:val="clear" w:color="auto" w:fill="D9EAF7"/>
            <w:vAlign w:val="center"/>
          </w:tcPr>
          <w:p w14:paraId="5C42CCAC" w14:textId="77777777" w:rsidR="00025C5D" w:rsidRDefault="008446DA">
            <w:r>
              <w:t>À améliorer</w:t>
            </w:r>
          </w:p>
        </w:tc>
        <w:tc>
          <w:tcPr>
            <w:tcW w:w="2720" w:type="dxa"/>
            <w:shd w:val="clear" w:color="auto" w:fill="D9EAF7"/>
            <w:vAlign w:val="center"/>
          </w:tcPr>
          <w:p w14:paraId="09B2C638" w14:textId="77777777" w:rsidR="00025C5D" w:rsidRDefault="008446DA">
            <w:r>
              <w:t>Échec</w:t>
            </w:r>
          </w:p>
        </w:tc>
      </w:tr>
      <w:tr w:rsidR="00025C5D" w14:paraId="491FD09C" w14:textId="77777777">
        <w:trPr>
          <w:jc w:val="center"/>
        </w:trPr>
        <w:tc>
          <w:tcPr>
            <w:tcW w:w="2720" w:type="dxa"/>
            <w:vAlign w:val="center"/>
          </w:tcPr>
          <w:p w14:paraId="656F4A9B" w14:textId="77777777" w:rsidR="00025C5D" w:rsidRDefault="008446DA">
            <w:r>
              <w:t>Vol stabilisé : altitude / cap / vitesse</w:t>
            </w:r>
          </w:p>
        </w:tc>
        <w:tc>
          <w:tcPr>
            <w:tcW w:w="2720" w:type="dxa"/>
            <w:vAlign w:val="center"/>
          </w:tcPr>
          <w:p w14:paraId="798E1BFC" w14:textId="77777777" w:rsidR="00025C5D" w:rsidRDefault="008446DA">
            <w:r>
              <w:t>☐</w:t>
            </w:r>
          </w:p>
        </w:tc>
        <w:tc>
          <w:tcPr>
            <w:tcW w:w="2720" w:type="dxa"/>
            <w:vAlign w:val="center"/>
          </w:tcPr>
          <w:p w14:paraId="5BD4802A" w14:textId="77777777" w:rsidR="00025C5D" w:rsidRDefault="008446DA">
            <w:r>
              <w:t>☐</w:t>
            </w:r>
          </w:p>
        </w:tc>
        <w:tc>
          <w:tcPr>
            <w:tcW w:w="2720" w:type="dxa"/>
            <w:vAlign w:val="center"/>
          </w:tcPr>
          <w:p w14:paraId="0245C193" w14:textId="77777777" w:rsidR="00025C5D" w:rsidRDefault="008446DA">
            <w:r>
              <w:t>☐</w:t>
            </w:r>
          </w:p>
        </w:tc>
      </w:tr>
      <w:tr w:rsidR="00025C5D" w14:paraId="5418A05F" w14:textId="77777777">
        <w:trPr>
          <w:jc w:val="center"/>
        </w:trPr>
        <w:tc>
          <w:tcPr>
            <w:tcW w:w="2720" w:type="dxa"/>
            <w:vAlign w:val="center"/>
          </w:tcPr>
          <w:p w14:paraId="6492D0F5" w14:textId="77777777" w:rsidR="00025C5D" w:rsidRDefault="008446DA">
            <w:r>
              <w:t>Virages 30°</w:t>
            </w:r>
          </w:p>
        </w:tc>
        <w:tc>
          <w:tcPr>
            <w:tcW w:w="2720" w:type="dxa"/>
            <w:vAlign w:val="center"/>
          </w:tcPr>
          <w:p w14:paraId="6F672124" w14:textId="77777777" w:rsidR="00025C5D" w:rsidRDefault="008446DA">
            <w:r>
              <w:t>☐</w:t>
            </w:r>
          </w:p>
        </w:tc>
        <w:tc>
          <w:tcPr>
            <w:tcW w:w="2720" w:type="dxa"/>
            <w:vAlign w:val="center"/>
          </w:tcPr>
          <w:p w14:paraId="626F4F9F" w14:textId="77777777" w:rsidR="00025C5D" w:rsidRDefault="008446DA">
            <w:r>
              <w:t>☐</w:t>
            </w:r>
          </w:p>
        </w:tc>
        <w:tc>
          <w:tcPr>
            <w:tcW w:w="2720" w:type="dxa"/>
            <w:vAlign w:val="center"/>
          </w:tcPr>
          <w:p w14:paraId="634E762E" w14:textId="77777777" w:rsidR="00025C5D" w:rsidRDefault="008446DA">
            <w:r>
              <w:t>☐</w:t>
            </w:r>
          </w:p>
        </w:tc>
      </w:tr>
      <w:tr w:rsidR="00025C5D" w14:paraId="6C51C3C4" w14:textId="77777777">
        <w:trPr>
          <w:jc w:val="center"/>
        </w:trPr>
        <w:tc>
          <w:tcPr>
            <w:tcW w:w="2720" w:type="dxa"/>
            <w:vAlign w:val="center"/>
          </w:tcPr>
          <w:p w14:paraId="4FCD384C" w14:textId="77777777" w:rsidR="00025C5D" w:rsidRDefault="008446DA">
            <w:r>
              <w:lastRenderedPageBreak/>
              <w:t>Virages 45°</w:t>
            </w:r>
          </w:p>
        </w:tc>
        <w:tc>
          <w:tcPr>
            <w:tcW w:w="2720" w:type="dxa"/>
            <w:vAlign w:val="center"/>
          </w:tcPr>
          <w:p w14:paraId="0EF5A902" w14:textId="77777777" w:rsidR="00025C5D" w:rsidRDefault="008446DA">
            <w:r>
              <w:t>☐</w:t>
            </w:r>
          </w:p>
        </w:tc>
        <w:tc>
          <w:tcPr>
            <w:tcW w:w="2720" w:type="dxa"/>
            <w:vAlign w:val="center"/>
          </w:tcPr>
          <w:p w14:paraId="01616CB3" w14:textId="77777777" w:rsidR="00025C5D" w:rsidRDefault="008446DA">
            <w:r>
              <w:t>☐</w:t>
            </w:r>
          </w:p>
        </w:tc>
        <w:tc>
          <w:tcPr>
            <w:tcW w:w="2720" w:type="dxa"/>
            <w:vAlign w:val="center"/>
          </w:tcPr>
          <w:p w14:paraId="1193C0A2" w14:textId="77777777" w:rsidR="00025C5D" w:rsidRDefault="008446DA">
            <w:r>
              <w:t>☐</w:t>
            </w:r>
          </w:p>
        </w:tc>
      </w:tr>
      <w:tr w:rsidR="00025C5D" w14:paraId="005F5E3A" w14:textId="77777777">
        <w:trPr>
          <w:jc w:val="center"/>
        </w:trPr>
        <w:tc>
          <w:tcPr>
            <w:tcW w:w="2720" w:type="dxa"/>
            <w:vAlign w:val="center"/>
          </w:tcPr>
          <w:p w14:paraId="17D03566" w14:textId="77777777" w:rsidR="00025C5D" w:rsidRDefault="008446DA">
            <w:r>
              <w:t>Montées / descentes</w:t>
            </w:r>
          </w:p>
        </w:tc>
        <w:tc>
          <w:tcPr>
            <w:tcW w:w="2720" w:type="dxa"/>
            <w:vAlign w:val="center"/>
          </w:tcPr>
          <w:p w14:paraId="299D373D" w14:textId="77777777" w:rsidR="00025C5D" w:rsidRDefault="008446DA">
            <w:r>
              <w:t>☐</w:t>
            </w:r>
          </w:p>
        </w:tc>
        <w:tc>
          <w:tcPr>
            <w:tcW w:w="2720" w:type="dxa"/>
            <w:vAlign w:val="center"/>
          </w:tcPr>
          <w:p w14:paraId="0F5CE6F2" w14:textId="77777777" w:rsidR="00025C5D" w:rsidRDefault="008446DA">
            <w:r>
              <w:t>☐</w:t>
            </w:r>
          </w:p>
        </w:tc>
        <w:tc>
          <w:tcPr>
            <w:tcW w:w="2720" w:type="dxa"/>
            <w:vAlign w:val="center"/>
          </w:tcPr>
          <w:p w14:paraId="7A1485D6" w14:textId="77777777" w:rsidR="00025C5D" w:rsidRDefault="008446DA">
            <w:r>
              <w:t>☐</w:t>
            </w:r>
          </w:p>
        </w:tc>
      </w:tr>
      <w:tr w:rsidR="00025C5D" w14:paraId="58781AE4" w14:textId="77777777">
        <w:trPr>
          <w:jc w:val="center"/>
        </w:trPr>
        <w:tc>
          <w:tcPr>
            <w:tcW w:w="2720" w:type="dxa"/>
            <w:vAlign w:val="center"/>
          </w:tcPr>
          <w:p w14:paraId="65AE97BB" w14:textId="77777777" w:rsidR="00025C5D" w:rsidRDefault="008446DA">
            <w:r>
              <w:t>Vol lent</w:t>
            </w:r>
          </w:p>
        </w:tc>
        <w:tc>
          <w:tcPr>
            <w:tcW w:w="2720" w:type="dxa"/>
            <w:vAlign w:val="center"/>
          </w:tcPr>
          <w:p w14:paraId="75FFD7C5" w14:textId="77777777" w:rsidR="00025C5D" w:rsidRDefault="008446DA">
            <w:r>
              <w:t>☐</w:t>
            </w:r>
          </w:p>
        </w:tc>
        <w:tc>
          <w:tcPr>
            <w:tcW w:w="2720" w:type="dxa"/>
            <w:vAlign w:val="center"/>
          </w:tcPr>
          <w:p w14:paraId="73058BF0" w14:textId="77777777" w:rsidR="00025C5D" w:rsidRDefault="008446DA">
            <w:r>
              <w:t>☐</w:t>
            </w:r>
          </w:p>
        </w:tc>
        <w:tc>
          <w:tcPr>
            <w:tcW w:w="2720" w:type="dxa"/>
            <w:vAlign w:val="center"/>
          </w:tcPr>
          <w:p w14:paraId="36D65B44" w14:textId="77777777" w:rsidR="00025C5D" w:rsidRDefault="008446DA">
            <w:r>
              <w:t>☐</w:t>
            </w:r>
          </w:p>
        </w:tc>
      </w:tr>
      <w:tr w:rsidR="00025C5D" w14:paraId="35FE22BF" w14:textId="77777777">
        <w:trPr>
          <w:jc w:val="center"/>
        </w:trPr>
        <w:tc>
          <w:tcPr>
            <w:tcW w:w="2720" w:type="dxa"/>
            <w:vAlign w:val="center"/>
          </w:tcPr>
          <w:p w14:paraId="12AC78D8" w14:textId="77777777" w:rsidR="00025C5D" w:rsidRDefault="008446DA">
            <w:r>
              <w:t>Approche du décrochage</w:t>
            </w:r>
          </w:p>
        </w:tc>
        <w:tc>
          <w:tcPr>
            <w:tcW w:w="2720" w:type="dxa"/>
            <w:vAlign w:val="center"/>
          </w:tcPr>
          <w:p w14:paraId="7DA4AC0A" w14:textId="77777777" w:rsidR="00025C5D" w:rsidRDefault="008446DA">
            <w:r>
              <w:t>☐</w:t>
            </w:r>
          </w:p>
        </w:tc>
        <w:tc>
          <w:tcPr>
            <w:tcW w:w="2720" w:type="dxa"/>
            <w:vAlign w:val="center"/>
          </w:tcPr>
          <w:p w14:paraId="3168F6F7" w14:textId="77777777" w:rsidR="00025C5D" w:rsidRDefault="008446DA">
            <w:r>
              <w:t>☐</w:t>
            </w:r>
          </w:p>
        </w:tc>
        <w:tc>
          <w:tcPr>
            <w:tcW w:w="2720" w:type="dxa"/>
            <w:vAlign w:val="center"/>
          </w:tcPr>
          <w:p w14:paraId="22D73AF9" w14:textId="77777777" w:rsidR="00025C5D" w:rsidRDefault="008446DA">
            <w:r>
              <w:t>☐</w:t>
            </w:r>
          </w:p>
        </w:tc>
      </w:tr>
      <w:tr w:rsidR="00025C5D" w14:paraId="65728F45" w14:textId="77777777">
        <w:trPr>
          <w:jc w:val="center"/>
        </w:trPr>
        <w:tc>
          <w:tcPr>
            <w:tcW w:w="2720" w:type="dxa"/>
            <w:vAlign w:val="center"/>
          </w:tcPr>
          <w:p w14:paraId="7187CD61" w14:textId="77777777" w:rsidR="00025C5D" w:rsidRDefault="008446DA">
            <w:r>
              <w:t>Décrochage lisse</w:t>
            </w:r>
          </w:p>
        </w:tc>
        <w:tc>
          <w:tcPr>
            <w:tcW w:w="2720" w:type="dxa"/>
            <w:vAlign w:val="center"/>
          </w:tcPr>
          <w:p w14:paraId="01DEF3D5" w14:textId="77777777" w:rsidR="00025C5D" w:rsidRDefault="008446DA">
            <w:r>
              <w:t>☐</w:t>
            </w:r>
          </w:p>
        </w:tc>
        <w:tc>
          <w:tcPr>
            <w:tcW w:w="2720" w:type="dxa"/>
            <w:vAlign w:val="center"/>
          </w:tcPr>
          <w:p w14:paraId="613CF3F1" w14:textId="77777777" w:rsidR="00025C5D" w:rsidRDefault="008446DA">
            <w:r>
              <w:t>☐</w:t>
            </w:r>
          </w:p>
        </w:tc>
        <w:tc>
          <w:tcPr>
            <w:tcW w:w="2720" w:type="dxa"/>
            <w:vAlign w:val="center"/>
          </w:tcPr>
          <w:p w14:paraId="7A673BEB" w14:textId="77777777" w:rsidR="00025C5D" w:rsidRDefault="008446DA">
            <w:r>
              <w:t>☐</w:t>
            </w:r>
          </w:p>
        </w:tc>
      </w:tr>
      <w:tr w:rsidR="00025C5D" w14:paraId="6E0FAAF8" w14:textId="77777777">
        <w:trPr>
          <w:jc w:val="center"/>
        </w:trPr>
        <w:tc>
          <w:tcPr>
            <w:tcW w:w="2720" w:type="dxa"/>
            <w:vAlign w:val="center"/>
          </w:tcPr>
          <w:p w14:paraId="76EF2F4B" w14:textId="77777777" w:rsidR="00025C5D" w:rsidRDefault="008446DA">
            <w:r>
              <w:t>Décrochage / approche en configuration appropriée</w:t>
            </w:r>
          </w:p>
        </w:tc>
        <w:tc>
          <w:tcPr>
            <w:tcW w:w="2720" w:type="dxa"/>
            <w:vAlign w:val="center"/>
          </w:tcPr>
          <w:p w14:paraId="50F6394B" w14:textId="77777777" w:rsidR="00025C5D" w:rsidRDefault="008446DA">
            <w:r>
              <w:t>☐</w:t>
            </w:r>
          </w:p>
        </w:tc>
        <w:tc>
          <w:tcPr>
            <w:tcW w:w="2720" w:type="dxa"/>
            <w:vAlign w:val="center"/>
          </w:tcPr>
          <w:p w14:paraId="1100E590" w14:textId="77777777" w:rsidR="00025C5D" w:rsidRDefault="008446DA">
            <w:r>
              <w:t>☐</w:t>
            </w:r>
          </w:p>
        </w:tc>
        <w:tc>
          <w:tcPr>
            <w:tcW w:w="2720" w:type="dxa"/>
            <w:vAlign w:val="center"/>
          </w:tcPr>
          <w:p w14:paraId="6A738DB1" w14:textId="77777777" w:rsidR="00025C5D" w:rsidRDefault="008446DA">
            <w:r>
              <w:t>☐</w:t>
            </w:r>
          </w:p>
        </w:tc>
      </w:tr>
      <w:tr w:rsidR="00025C5D" w14:paraId="3FCD5F11" w14:textId="77777777">
        <w:trPr>
          <w:jc w:val="center"/>
        </w:trPr>
        <w:tc>
          <w:tcPr>
            <w:tcW w:w="2720" w:type="dxa"/>
            <w:vAlign w:val="center"/>
          </w:tcPr>
          <w:p w14:paraId="6A1EECF8" w14:textId="77777777" w:rsidR="00025C5D" w:rsidRDefault="008446DA">
            <w:r>
              <w:t>Récupération / contrôle directionnel</w:t>
            </w:r>
          </w:p>
        </w:tc>
        <w:tc>
          <w:tcPr>
            <w:tcW w:w="2720" w:type="dxa"/>
            <w:vAlign w:val="center"/>
          </w:tcPr>
          <w:p w14:paraId="3F75D01E" w14:textId="77777777" w:rsidR="00025C5D" w:rsidRDefault="008446DA">
            <w:r>
              <w:t>☐</w:t>
            </w:r>
          </w:p>
        </w:tc>
        <w:tc>
          <w:tcPr>
            <w:tcW w:w="2720" w:type="dxa"/>
            <w:vAlign w:val="center"/>
          </w:tcPr>
          <w:p w14:paraId="25BDE990" w14:textId="77777777" w:rsidR="00025C5D" w:rsidRDefault="008446DA">
            <w:r>
              <w:t>☐</w:t>
            </w:r>
          </w:p>
        </w:tc>
        <w:tc>
          <w:tcPr>
            <w:tcW w:w="2720" w:type="dxa"/>
            <w:vAlign w:val="center"/>
          </w:tcPr>
          <w:p w14:paraId="01B60AEA" w14:textId="77777777" w:rsidR="00025C5D" w:rsidRDefault="008446DA">
            <w:r>
              <w:t>☐</w:t>
            </w:r>
          </w:p>
        </w:tc>
      </w:tr>
      <w:tr w:rsidR="00025C5D" w14:paraId="5F073450" w14:textId="77777777">
        <w:trPr>
          <w:jc w:val="center"/>
        </w:trPr>
        <w:tc>
          <w:tcPr>
            <w:tcW w:w="2720" w:type="dxa"/>
            <w:vAlign w:val="center"/>
          </w:tcPr>
          <w:p w14:paraId="44C4E186" w14:textId="77777777" w:rsidR="00025C5D" w:rsidRDefault="008446DA">
            <w:r>
              <w:t>Look-out / conscience de la situation</w:t>
            </w:r>
          </w:p>
        </w:tc>
        <w:tc>
          <w:tcPr>
            <w:tcW w:w="2720" w:type="dxa"/>
            <w:vAlign w:val="center"/>
          </w:tcPr>
          <w:p w14:paraId="500CB40F" w14:textId="77777777" w:rsidR="00025C5D" w:rsidRDefault="008446DA">
            <w:r>
              <w:t>☐</w:t>
            </w:r>
          </w:p>
        </w:tc>
        <w:tc>
          <w:tcPr>
            <w:tcW w:w="2720" w:type="dxa"/>
            <w:vAlign w:val="center"/>
          </w:tcPr>
          <w:p w14:paraId="12649040" w14:textId="77777777" w:rsidR="00025C5D" w:rsidRDefault="008446DA">
            <w:r>
              <w:t>☐</w:t>
            </w:r>
          </w:p>
        </w:tc>
        <w:tc>
          <w:tcPr>
            <w:tcW w:w="2720" w:type="dxa"/>
            <w:vAlign w:val="center"/>
          </w:tcPr>
          <w:p w14:paraId="36FE90D6" w14:textId="77777777" w:rsidR="00025C5D" w:rsidRDefault="008446DA">
            <w:r>
              <w:t>☐</w:t>
            </w:r>
          </w:p>
        </w:tc>
      </w:tr>
    </w:tbl>
    <w:p w14:paraId="326EC159" w14:textId="77777777" w:rsidR="00025C5D" w:rsidRDefault="008446DA">
      <w:pPr>
        <w:pStyle w:val="Titre2"/>
      </w:pPr>
      <w:r>
        <w:t>5. Navigation</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617D1AD0" w14:textId="77777777">
        <w:trPr>
          <w:tblHeader/>
          <w:jc w:val="center"/>
        </w:trPr>
        <w:tc>
          <w:tcPr>
            <w:tcW w:w="2720" w:type="dxa"/>
            <w:shd w:val="clear" w:color="auto" w:fill="D9EAF7"/>
            <w:vAlign w:val="center"/>
          </w:tcPr>
          <w:p w14:paraId="5DFC3677" w14:textId="77777777" w:rsidR="00025C5D" w:rsidRDefault="008446DA">
            <w:r>
              <w:t>Item</w:t>
            </w:r>
          </w:p>
        </w:tc>
        <w:tc>
          <w:tcPr>
            <w:tcW w:w="2720" w:type="dxa"/>
            <w:shd w:val="clear" w:color="auto" w:fill="D9EAF7"/>
            <w:vAlign w:val="center"/>
          </w:tcPr>
          <w:p w14:paraId="2FC269D8" w14:textId="77777777" w:rsidR="00025C5D" w:rsidRDefault="008446DA">
            <w:r>
              <w:t>OK</w:t>
            </w:r>
          </w:p>
        </w:tc>
        <w:tc>
          <w:tcPr>
            <w:tcW w:w="2720" w:type="dxa"/>
            <w:shd w:val="clear" w:color="auto" w:fill="D9EAF7"/>
            <w:vAlign w:val="center"/>
          </w:tcPr>
          <w:p w14:paraId="50634B8D" w14:textId="77777777" w:rsidR="00025C5D" w:rsidRDefault="008446DA">
            <w:r>
              <w:t>À améliorer</w:t>
            </w:r>
          </w:p>
        </w:tc>
        <w:tc>
          <w:tcPr>
            <w:tcW w:w="2720" w:type="dxa"/>
            <w:shd w:val="clear" w:color="auto" w:fill="D9EAF7"/>
            <w:vAlign w:val="center"/>
          </w:tcPr>
          <w:p w14:paraId="0C563006" w14:textId="77777777" w:rsidR="00025C5D" w:rsidRDefault="008446DA">
            <w:r>
              <w:t>Échec</w:t>
            </w:r>
          </w:p>
        </w:tc>
      </w:tr>
      <w:tr w:rsidR="00025C5D" w14:paraId="6CDF1F1C" w14:textId="77777777">
        <w:trPr>
          <w:jc w:val="center"/>
        </w:trPr>
        <w:tc>
          <w:tcPr>
            <w:tcW w:w="2720" w:type="dxa"/>
            <w:vAlign w:val="center"/>
          </w:tcPr>
          <w:p w14:paraId="177A8617" w14:textId="77777777" w:rsidR="00025C5D" w:rsidRDefault="008446DA">
            <w:r>
              <w:t>Départ / cap initial</w:t>
            </w:r>
          </w:p>
        </w:tc>
        <w:tc>
          <w:tcPr>
            <w:tcW w:w="2720" w:type="dxa"/>
            <w:vAlign w:val="center"/>
          </w:tcPr>
          <w:p w14:paraId="5276E2BE" w14:textId="77777777" w:rsidR="00025C5D" w:rsidRDefault="008446DA">
            <w:r>
              <w:t>☐</w:t>
            </w:r>
          </w:p>
        </w:tc>
        <w:tc>
          <w:tcPr>
            <w:tcW w:w="2720" w:type="dxa"/>
            <w:vAlign w:val="center"/>
          </w:tcPr>
          <w:p w14:paraId="35E56A51" w14:textId="77777777" w:rsidR="00025C5D" w:rsidRDefault="008446DA">
            <w:r>
              <w:t>☐</w:t>
            </w:r>
          </w:p>
        </w:tc>
        <w:tc>
          <w:tcPr>
            <w:tcW w:w="2720" w:type="dxa"/>
            <w:vAlign w:val="center"/>
          </w:tcPr>
          <w:p w14:paraId="3D2C705B" w14:textId="77777777" w:rsidR="00025C5D" w:rsidRDefault="008446DA">
            <w:r>
              <w:t>☐</w:t>
            </w:r>
          </w:p>
        </w:tc>
      </w:tr>
      <w:tr w:rsidR="00025C5D" w14:paraId="745DF78D" w14:textId="77777777">
        <w:trPr>
          <w:jc w:val="center"/>
        </w:trPr>
        <w:tc>
          <w:tcPr>
            <w:tcW w:w="2720" w:type="dxa"/>
            <w:vAlign w:val="center"/>
          </w:tcPr>
          <w:p w14:paraId="46B95D06" w14:textId="77777777" w:rsidR="00025C5D" w:rsidRDefault="008446DA">
            <w:r>
              <w:t xml:space="preserve">Tenue </w:t>
            </w:r>
            <w:r>
              <w:t>altitude / vitesse</w:t>
            </w:r>
          </w:p>
        </w:tc>
        <w:tc>
          <w:tcPr>
            <w:tcW w:w="2720" w:type="dxa"/>
            <w:vAlign w:val="center"/>
          </w:tcPr>
          <w:p w14:paraId="50327FBA" w14:textId="77777777" w:rsidR="00025C5D" w:rsidRDefault="008446DA">
            <w:r>
              <w:t>☐</w:t>
            </w:r>
          </w:p>
        </w:tc>
        <w:tc>
          <w:tcPr>
            <w:tcW w:w="2720" w:type="dxa"/>
            <w:vAlign w:val="center"/>
          </w:tcPr>
          <w:p w14:paraId="3C5AE686" w14:textId="77777777" w:rsidR="00025C5D" w:rsidRDefault="008446DA">
            <w:r>
              <w:t>☐</w:t>
            </w:r>
          </w:p>
        </w:tc>
        <w:tc>
          <w:tcPr>
            <w:tcW w:w="2720" w:type="dxa"/>
            <w:vAlign w:val="center"/>
          </w:tcPr>
          <w:p w14:paraId="064A885C" w14:textId="77777777" w:rsidR="00025C5D" w:rsidRDefault="008446DA">
            <w:r>
              <w:t>☐</w:t>
            </w:r>
          </w:p>
        </w:tc>
      </w:tr>
      <w:tr w:rsidR="00025C5D" w14:paraId="757929D7" w14:textId="77777777">
        <w:trPr>
          <w:jc w:val="center"/>
        </w:trPr>
        <w:tc>
          <w:tcPr>
            <w:tcW w:w="2720" w:type="dxa"/>
            <w:vAlign w:val="center"/>
          </w:tcPr>
          <w:p w14:paraId="53EEDD06" w14:textId="77777777" w:rsidR="00025C5D" w:rsidRDefault="008446DA">
            <w:r>
              <w:t>Navigation à l’estime</w:t>
            </w:r>
          </w:p>
        </w:tc>
        <w:tc>
          <w:tcPr>
            <w:tcW w:w="2720" w:type="dxa"/>
            <w:vAlign w:val="center"/>
          </w:tcPr>
          <w:p w14:paraId="0DA21250" w14:textId="77777777" w:rsidR="00025C5D" w:rsidRDefault="008446DA">
            <w:r>
              <w:t>☐</w:t>
            </w:r>
          </w:p>
        </w:tc>
        <w:tc>
          <w:tcPr>
            <w:tcW w:w="2720" w:type="dxa"/>
            <w:vAlign w:val="center"/>
          </w:tcPr>
          <w:p w14:paraId="1DA54674" w14:textId="77777777" w:rsidR="00025C5D" w:rsidRDefault="008446DA">
            <w:r>
              <w:t>☐</w:t>
            </w:r>
          </w:p>
        </w:tc>
        <w:tc>
          <w:tcPr>
            <w:tcW w:w="2720" w:type="dxa"/>
            <w:vAlign w:val="center"/>
          </w:tcPr>
          <w:p w14:paraId="688C9D3D" w14:textId="77777777" w:rsidR="00025C5D" w:rsidRDefault="008446DA">
            <w:r>
              <w:t>☐</w:t>
            </w:r>
          </w:p>
        </w:tc>
      </w:tr>
      <w:tr w:rsidR="00025C5D" w14:paraId="469D0785" w14:textId="77777777">
        <w:trPr>
          <w:jc w:val="center"/>
        </w:trPr>
        <w:tc>
          <w:tcPr>
            <w:tcW w:w="2720" w:type="dxa"/>
            <w:vAlign w:val="center"/>
          </w:tcPr>
          <w:p w14:paraId="44470089" w14:textId="77777777" w:rsidR="00025C5D" w:rsidRDefault="008446DA">
            <w:r>
              <w:t>Lecture carte / identification terrain</w:t>
            </w:r>
          </w:p>
        </w:tc>
        <w:tc>
          <w:tcPr>
            <w:tcW w:w="2720" w:type="dxa"/>
            <w:vAlign w:val="center"/>
          </w:tcPr>
          <w:p w14:paraId="72EC631B" w14:textId="77777777" w:rsidR="00025C5D" w:rsidRDefault="008446DA">
            <w:r>
              <w:t>☐</w:t>
            </w:r>
          </w:p>
        </w:tc>
        <w:tc>
          <w:tcPr>
            <w:tcW w:w="2720" w:type="dxa"/>
            <w:vAlign w:val="center"/>
          </w:tcPr>
          <w:p w14:paraId="71A2ECC1" w14:textId="77777777" w:rsidR="00025C5D" w:rsidRDefault="008446DA">
            <w:r>
              <w:t>☐</w:t>
            </w:r>
          </w:p>
        </w:tc>
        <w:tc>
          <w:tcPr>
            <w:tcW w:w="2720" w:type="dxa"/>
            <w:vAlign w:val="center"/>
          </w:tcPr>
          <w:p w14:paraId="1261A253" w14:textId="77777777" w:rsidR="00025C5D" w:rsidRDefault="008446DA">
            <w:r>
              <w:t>☐</w:t>
            </w:r>
          </w:p>
        </w:tc>
      </w:tr>
      <w:tr w:rsidR="00025C5D" w14:paraId="201D7EB5" w14:textId="77777777">
        <w:trPr>
          <w:jc w:val="center"/>
        </w:trPr>
        <w:tc>
          <w:tcPr>
            <w:tcW w:w="2720" w:type="dxa"/>
            <w:vAlign w:val="center"/>
          </w:tcPr>
          <w:p w14:paraId="11364A18" w14:textId="77777777" w:rsidR="00025C5D" w:rsidRDefault="008446DA">
            <w:r>
              <w:t>Contrôle position</w:t>
            </w:r>
          </w:p>
        </w:tc>
        <w:tc>
          <w:tcPr>
            <w:tcW w:w="2720" w:type="dxa"/>
            <w:vAlign w:val="center"/>
          </w:tcPr>
          <w:p w14:paraId="6AC526D9" w14:textId="77777777" w:rsidR="00025C5D" w:rsidRDefault="008446DA">
            <w:r>
              <w:t>☐</w:t>
            </w:r>
          </w:p>
        </w:tc>
        <w:tc>
          <w:tcPr>
            <w:tcW w:w="2720" w:type="dxa"/>
            <w:vAlign w:val="center"/>
          </w:tcPr>
          <w:p w14:paraId="28705283" w14:textId="77777777" w:rsidR="00025C5D" w:rsidRDefault="008446DA">
            <w:r>
              <w:t>☐</w:t>
            </w:r>
          </w:p>
        </w:tc>
        <w:tc>
          <w:tcPr>
            <w:tcW w:w="2720" w:type="dxa"/>
            <w:vAlign w:val="center"/>
          </w:tcPr>
          <w:p w14:paraId="781A32D8" w14:textId="77777777" w:rsidR="00025C5D" w:rsidRDefault="008446DA">
            <w:r>
              <w:t>☐</w:t>
            </w:r>
          </w:p>
        </w:tc>
      </w:tr>
      <w:tr w:rsidR="00025C5D" w14:paraId="4A1AB86C" w14:textId="77777777">
        <w:trPr>
          <w:jc w:val="center"/>
        </w:trPr>
        <w:tc>
          <w:tcPr>
            <w:tcW w:w="2720" w:type="dxa"/>
            <w:vAlign w:val="center"/>
          </w:tcPr>
          <w:p w14:paraId="2692B182" w14:textId="77777777" w:rsidR="00025C5D" w:rsidRDefault="008446DA">
            <w:r>
              <w:t>Calcul / suivi temps</w:t>
            </w:r>
          </w:p>
        </w:tc>
        <w:tc>
          <w:tcPr>
            <w:tcW w:w="2720" w:type="dxa"/>
            <w:vAlign w:val="center"/>
          </w:tcPr>
          <w:p w14:paraId="64B09434" w14:textId="77777777" w:rsidR="00025C5D" w:rsidRDefault="008446DA">
            <w:r>
              <w:t>☐</w:t>
            </w:r>
          </w:p>
        </w:tc>
        <w:tc>
          <w:tcPr>
            <w:tcW w:w="2720" w:type="dxa"/>
            <w:vAlign w:val="center"/>
          </w:tcPr>
          <w:p w14:paraId="65326FC5" w14:textId="77777777" w:rsidR="00025C5D" w:rsidRDefault="008446DA">
            <w:r>
              <w:t>☐</w:t>
            </w:r>
          </w:p>
        </w:tc>
        <w:tc>
          <w:tcPr>
            <w:tcW w:w="2720" w:type="dxa"/>
            <w:vAlign w:val="center"/>
          </w:tcPr>
          <w:p w14:paraId="5AF6D373" w14:textId="77777777" w:rsidR="00025C5D" w:rsidRDefault="008446DA">
            <w:r>
              <w:t>☐</w:t>
            </w:r>
          </w:p>
        </w:tc>
      </w:tr>
      <w:tr w:rsidR="00025C5D" w14:paraId="03EF4248" w14:textId="77777777">
        <w:trPr>
          <w:jc w:val="center"/>
        </w:trPr>
        <w:tc>
          <w:tcPr>
            <w:tcW w:w="2720" w:type="dxa"/>
            <w:vAlign w:val="center"/>
          </w:tcPr>
          <w:p w14:paraId="7E21D24F" w14:textId="77777777" w:rsidR="00025C5D" w:rsidRDefault="008446DA">
            <w:r>
              <w:t>ETA / carburant</w:t>
            </w:r>
          </w:p>
        </w:tc>
        <w:tc>
          <w:tcPr>
            <w:tcW w:w="2720" w:type="dxa"/>
            <w:vAlign w:val="center"/>
          </w:tcPr>
          <w:p w14:paraId="728E210C" w14:textId="77777777" w:rsidR="00025C5D" w:rsidRDefault="008446DA">
            <w:r>
              <w:t>☐</w:t>
            </w:r>
          </w:p>
        </w:tc>
        <w:tc>
          <w:tcPr>
            <w:tcW w:w="2720" w:type="dxa"/>
            <w:vAlign w:val="center"/>
          </w:tcPr>
          <w:p w14:paraId="5196CF68" w14:textId="77777777" w:rsidR="00025C5D" w:rsidRDefault="008446DA">
            <w:r>
              <w:t>☐</w:t>
            </w:r>
          </w:p>
        </w:tc>
        <w:tc>
          <w:tcPr>
            <w:tcW w:w="2720" w:type="dxa"/>
            <w:vAlign w:val="center"/>
          </w:tcPr>
          <w:p w14:paraId="219FA0F9" w14:textId="77777777" w:rsidR="00025C5D" w:rsidRDefault="008446DA">
            <w:r>
              <w:t>☐</w:t>
            </w:r>
          </w:p>
        </w:tc>
      </w:tr>
      <w:tr w:rsidR="00025C5D" w14:paraId="455D9660" w14:textId="77777777">
        <w:trPr>
          <w:jc w:val="center"/>
        </w:trPr>
        <w:tc>
          <w:tcPr>
            <w:tcW w:w="2720" w:type="dxa"/>
            <w:vAlign w:val="center"/>
          </w:tcPr>
          <w:p w14:paraId="0CCE851F" w14:textId="77777777" w:rsidR="00025C5D" w:rsidRDefault="008446DA">
            <w:r>
              <w:t>Radio</w:t>
            </w:r>
          </w:p>
        </w:tc>
        <w:tc>
          <w:tcPr>
            <w:tcW w:w="2720" w:type="dxa"/>
            <w:vAlign w:val="center"/>
          </w:tcPr>
          <w:p w14:paraId="69D5BC3E" w14:textId="77777777" w:rsidR="00025C5D" w:rsidRDefault="008446DA">
            <w:r>
              <w:t>☐</w:t>
            </w:r>
          </w:p>
        </w:tc>
        <w:tc>
          <w:tcPr>
            <w:tcW w:w="2720" w:type="dxa"/>
            <w:vAlign w:val="center"/>
          </w:tcPr>
          <w:p w14:paraId="47A38963" w14:textId="77777777" w:rsidR="00025C5D" w:rsidRDefault="008446DA">
            <w:r>
              <w:t>☐</w:t>
            </w:r>
          </w:p>
        </w:tc>
        <w:tc>
          <w:tcPr>
            <w:tcW w:w="2720" w:type="dxa"/>
            <w:vAlign w:val="center"/>
          </w:tcPr>
          <w:p w14:paraId="67DA8643" w14:textId="77777777" w:rsidR="00025C5D" w:rsidRDefault="008446DA">
            <w:r>
              <w:t>☐</w:t>
            </w:r>
          </w:p>
        </w:tc>
      </w:tr>
      <w:tr w:rsidR="00025C5D" w14:paraId="2BF8B45A" w14:textId="77777777">
        <w:trPr>
          <w:jc w:val="center"/>
        </w:trPr>
        <w:tc>
          <w:tcPr>
            <w:tcW w:w="2720" w:type="dxa"/>
            <w:vAlign w:val="center"/>
          </w:tcPr>
          <w:p w14:paraId="325EB924" w14:textId="77777777" w:rsidR="00025C5D" w:rsidRDefault="008446DA">
            <w:r>
              <w:t>Espaces aériens</w:t>
            </w:r>
          </w:p>
        </w:tc>
        <w:tc>
          <w:tcPr>
            <w:tcW w:w="2720" w:type="dxa"/>
            <w:vAlign w:val="center"/>
          </w:tcPr>
          <w:p w14:paraId="76F172DD" w14:textId="77777777" w:rsidR="00025C5D" w:rsidRDefault="008446DA">
            <w:r>
              <w:t>☐</w:t>
            </w:r>
          </w:p>
        </w:tc>
        <w:tc>
          <w:tcPr>
            <w:tcW w:w="2720" w:type="dxa"/>
            <w:vAlign w:val="center"/>
          </w:tcPr>
          <w:p w14:paraId="27D091DB" w14:textId="77777777" w:rsidR="00025C5D" w:rsidRDefault="008446DA">
            <w:r>
              <w:t>☐</w:t>
            </w:r>
          </w:p>
        </w:tc>
        <w:tc>
          <w:tcPr>
            <w:tcW w:w="2720" w:type="dxa"/>
            <w:vAlign w:val="center"/>
          </w:tcPr>
          <w:p w14:paraId="077844EC" w14:textId="77777777" w:rsidR="00025C5D" w:rsidRDefault="008446DA">
            <w:r>
              <w:t>☐</w:t>
            </w:r>
          </w:p>
        </w:tc>
      </w:tr>
      <w:tr w:rsidR="00025C5D" w14:paraId="6251620C" w14:textId="77777777">
        <w:trPr>
          <w:jc w:val="center"/>
        </w:trPr>
        <w:tc>
          <w:tcPr>
            <w:tcW w:w="2720" w:type="dxa"/>
            <w:vAlign w:val="center"/>
          </w:tcPr>
          <w:p w14:paraId="7F2BB762" w14:textId="77777777" w:rsidR="00025C5D" w:rsidRDefault="008446DA">
            <w:r>
              <w:t>Gestion de la charge de travail</w:t>
            </w:r>
          </w:p>
        </w:tc>
        <w:tc>
          <w:tcPr>
            <w:tcW w:w="2720" w:type="dxa"/>
            <w:vAlign w:val="center"/>
          </w:tcPr>
          <w:p w14:paraId="4B2730DF" w14:textId="77777777" w:rsidR="00025C5D" w:rsidRDefault="008446DA">
            <w:r>
              <w:t>☐</w:t>
            </w:r>
          </w:p>
        </w:tc>
        <w:tc>
          <w:tcPr>
            <w:tcW w:w="2720" w:type="dxa"/>
            <w:vAlign w:val="center"/>
          </w:tcPr>
          <w:p w14:paraId="398AC808" w14:textId="77777777" w:rsidR="00025C5D" w:rsidRDefault="008446DA">
            <w:r>
              <w:t>☐</w:t>
            </w:r>
          </w:p>
        </w:tc>
        <w:tc>
          <w:tcPr>
            <w:tcW w:w="2720" w:type="dxa"/>
            <w:vAlign w:val="center"/>
          </w:tcPr>
          <w:p w14:paraId="1C28BFC3" w14:textId="77777777" w:rsidR="00025C5D" w:rsidRDefault="008446DA">
            <w:r>
              <w:t>☐</w:t>
            </w:r>
          </w:p>
        </w:tc>
      </w:tr>
    </w:tbl>
    <w:p w14:paraId="672B47C4" w14:textId="77777777" w:rsidR="00025C5D" w:rsidRDefault="008446DA">
      <w:pPr>
        <w:pStyle w:val="Titre2"/>
      </w:pPr>
      <w:r>
        <w:t xml:space="preserve">6. </w:t>
      </w:r>
      <w:r>
        <w:t>Déroutement</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4D00B611" w14:textId="77777777">
        <w:trPr>
          <w:tblHeader/>
          <w:jc w:val="center"/>
        </w:trPr>
        <w:tc>
          <w:tcPr>
            <w:tcW w:w="2720" w:type="dxa"/>
            <w:shd w:val="clear" w:color="auto" w:fill="D9EAF7"/>
            <w:vAlign w:val="center"/>
          </w:tcPr>
          <w:p w14:paraId="026D0924" w14:textId="77777777" w:rsidR="00025C5D" w:rsidRDefault="008446DA">
            <w:r>
              <w:t>Item</w:t>
            </w:r>
          </w:p>
        </w:tc>
        <w:tc>
          <w:tcPr>
            <w:tcW w:w="2720" w:type="dxa"/>
            <w:shd w:val="clear" w:color="auto" w:fill="D9EAF7"/>
            <w:vAlign w:val="center"/>
          </w:tcPr>
          <w:p w14:paraId="2C0462E0" w14:textId="77777777" w:rsidR="00025C5D" w:rsidRDefault="008446DA">
            <w:r>
              <w:t>OK</w:t>
            </w:r>
          </w:p>
        </w:tc>
        <w:tc>
          <w:tcPr>
            <w:tcW w:w="2720" w:type="dxa"/>
            <w:shd w:val="clear" w:color="auto" w:fill="D9EAF7"/>
            <w:vAlign w:val="center"/>
          </w:tcPr>
          <w:p w14:paraId="3F51F914" w14:textId="77777777" w:rsidR="00025C5D" w:rsidRDefault="008446DA">
            <w:r>
              <w:t>À améliorer</w:t>
            </w:r>
          </w:p>
        </w:tc>
        <w:tc>
          <w:tcPr>
            <w:tcW w:w="2720" w:type="dxa"/>
            <w:shd w:val="clear" w:color="auto" w:fill="D9EAF7"/>
            <w:vAlign w:val="center"/>
          </w:tcPr>
          <w:p w14:paraId="46CD4C9B" w14:textId="77777777" w:rsidR="00025C5D" w:rsidRDefault="008446DA">
            <w:r>
              <w:t>Échec</w:t>
            </w:r>
          </w:p>
        </w:tc>
      </w:tr>
      <w:tr w:rsidR="00025C5D" w14:paraId="5FC075AA" w14:textId="77777777">
        <w:trPr>
          <w:jc w:val="center"/>
        </w:trPr>
        <w:tc>
          <w:tcPr>
            <w:tcW w:w="2720" w:type="dxa"/>
            <w:vAlign w:val="center"/>
          </w:tcPr>
          <w:p w14:paraId="2F558943" w14:textId="77777777" w:rsidR="00025C5D" w:rsidRDefault="008446DA">
            <w:r>
              <w:t>Maintien du contrôle de l’avion</w:t>
            </w:r>
          </w:p>
        </w:tc>
        <w:tc>
          <w:tcPr>
            <w:tcW w:w="2720" w:type="dxa"/>
            <w:vAlign w:val="center"/>
          </w:tcPr>
          <w:p w14:paraId="7F7F9612" w14:textId="77777777" w:rsidR="00025C5D" w:rsidRDefault="008446DA">
            <w:r>
              <w:t>☐</w:t>
            </w:r>
          </w:p>
        </w:tc>
        <w:tc>
          <w:tcPr>
            <w:tcW w:w="2720" w:type="dxa"/>
            <w:vAlign w:val="center"/>
          </w:tcPr>
          <w:p w14:paraId="5CAD1C5C" w14:textId="77777777" w:rsidR="00025C5D" w:rsidRDefault="008446DA">
            <w:r>
              <w:t>☐</w:t>
            </w:r>
          </w:p>
        </w:tc>
        <w:tc>
          <w:tcPr>
            <w:tcW w:w="2720" w:type="dxa"/>
            <w:vAlign w:val="center"/>
          </w:tcPr>
          <w:p w14:paraId="7825DDF2" w14:textId="77777777" w:rsidR="00025C5D" w:rsidRDefault="008446DA">
            <w:r>
              <w:t>☐</w:t>
            </w:r>
          </w:p>
        </w:tc>
      </w:tr>
      <w:tr w:rsidR="00025C5D" w14:paraId="576B5695" w14:textId="77777777">
        <w:trPr>
          <w:jc w:val="center"/>
        </w:trPr>
        <w:tc>
          <w:tcPr>
            <w:tcW w:w="2720" w:type="dxa"/>
            <w:vAlign w:val="center"/>
          </w:tcPr>
          <w:p w14:paraId="756ED232" w14:textId="77777777" w:rsidR="00025C5D" w:rsidRDefault="008446DA">
            <w:r>
              <w:t>Détermination de la position</w:t>
            </w:r>
          </w:p>
        </w:tc>
        <w:tc>
          <w:tcPr>
            <w:tcW w:w="2720" w:type="dxa"/>
            <w:vAlign w:val="center"/>
          </w:tcPr>
          <w:p w14:paraId="3782C765" w14:textId="77777777" w:rsidR="00025C5D" w:rsidRDefault="008446DA">
            <w:r>
              <w:t>☐</w:t>
            </w:r>
          </w:p>
        </w:tc>
        <w:tc>
          <w:tcPr>
            <w:tcW w:w="2720" w:type="dxa"/>
            <w:vAlign w:val="center"/>
          </w:tcPr>
          <w:p w14:paraId="2F2831A7" w14:textId="77777777" w:rsidR="00025C5D" w:rsidRDefault="008446DA">
            <w:r>
              <w:t>☐</w:t>
            </w:r>
          </w:p>
        </w:tc>
        <w:tc>
          <w:tcPr>
            <w:tcW w:w="2720" w:type="dxa"/>
            <w:vAlign w:val="center"/>
          </w:tcPr>
          <w:p w14:paraId="3405A3D8" w14:textId="77777777" w:rsidR="00025C5D" w:rsidRDefault="008446DA">
            <w:r>
              <w:t>☐</w:t>
            </w:r>
          </w:p>
        </w:tc>
      </w:tr>
      <w:tr w:rsidR="00025C5D" w14:paraId="146FC605" w14:textId="77777777">
        <w:trPr>
          <w:jc w:val="center"/>
        </w:trPr>
        <w:tc>
          <w:tcPr>
            <w:tcW w:w="2720" w:type="dxa"/>
            <w:vAlign w:val="center"/>
          </w:tcPr>
          <w:p w14:paraId="4BE5660C" w14:textId="77777777" w:rsidR="00025C5D" w:rsidRDefault="008446DA">
            <w:r>
              <w:t>Choix d’une destination adaptée</w:t>
            </w:r>
          </w:p>
        </w:tc>
        <w:tc>
          <w:tcPr>
            <w:tcW w:w="2720" w:type="dxa"/>
            <w:vAlign w:val="center"/>
          </w:tcPr>
          <w:p w14:paraId="3A88C4FC" w14:textId="77777777" w:rsidR="00025C5D" w:rsidRDefault="008446DA">
            <w:r>
              <w:t>☐</w:t>
            </w:r>
          </w:p>
        </w:tc>
        <w:tc>
          <w:tcPr>
            <w:tcW w:w="2720" w:type="dxa"/>
            <w:vAlign w:val="center"/>
          </w:tcPr>
          <w:p w14:paraId="2BF9BD3B" w14:textId="77777777" w:rsidR="00025C5D" w:rsidRDefault="008446DA">
            <w:r>
              <w:t>☐</w:t>
            </w:r>
          </w:p>
        </w:tc>
        <w:tc>
          <w:tcPr>
            <w:tcW w:w="2720" w:type="dxa"/>
            <w:vAlign w:val="center"/>
          </w:tcPr>
          <w:p w14:paraId="26DD576D" w14:textId="77777777" w:rsidR="00025C5D" w:rsidRDefault="008446DA">
            <w:r>
              <w:t>☐</w:t>
            </w:r>
          </w:p>
        </w:tc>
      </w:tr>
      <w:tr w:rsidR="00025C5D" w14:paraId="3A133336" w14:textId="77777777">
        <w:trPr>
          <w:jc w:val="center"/>
        </w:trPr>
        <w:tc>
          <w:tcPr>
            <w:tcW w:w="2720" w:type="dxa"/>
            <w:vAlign w:val="center"/>
          </w:tcPr>
          <w:p w14:paraId="1F0C63FE" w14:textId="77777777" w:rsidR="00025C5D" w:rsidRDefault="008446DA">
            <w:r>
              <w:t>Route / cap</w:t>
            </w:r>
          </w:p>
        </w:tc>
        <w:tc>
          <w:tcPr>
            <w:tcW w:w="2720" w:type="dxa"/>
            <w:vAlign w:val="center"/>
          </w:tcPr>
          <w:p w14:paraId="3964C743" w14:textId="77777777" w:rsidR="00025C5D" w:rsidRDefault="008446DA">
            <w:r>
              <w:t>☐</w:t>
            </w:r>
          </w:p>
        </w:tc>
        <w:tc>
          <w:tcPr>
            <w:tcW w:w="2720" w:type="dxa"/>
            <w:vAlign w:val="center"/>
          </w:tcPr>
          <w:p w14:paraId="6A3D33D2" w14:textId="77777777" w:rsidR="00025C5D" w:rsidRDefault="008446DA">
            <w:r>
              <w:t>☐</w:t>
            </w:r>
          </w:p>
        </w:tc>
        <w:tc>
          <w:tcPr>
            <w:tcW w:w="2720" w:type="dxa"/>
            <w:vAlign w:val="center"/>
          </w:tcPr>
          <w:p w14:paraId="48FA015D" w14:textId="77777777" w:rsidR="00025C5D" w:rsidRDefault="008446DA">
            <w:r>
              <w:t>☐</w:t>
            </w:r>
          </w:p>
        </w:tc>
      </w:tr>
      <w:tr w:rsidR="00025C5D" w14:paraId="15501F7D" w14:textId="77777777">
        <w:trPr>
          <w:jc w:val="center"/>
        </w:trPr>
        <w:tc>
          <w:tcPr>
            <w:tcW w:w="2720" w:type="dxa"/>
            <w:vAlign w:val="center"/>
          </w:tcPr>
          <w:p w14:paraId="0DA08413" w14:textId="77777777" w:rsidR="00025C5D" w:rsidRDefault="008446DA">
            <w:r>
              <w:t>Prise en compte du vent</w:t>
            </w:r>
          </w:p>
        </w:tc>
        <w:tc>
          <w:tcPr>
            <w:tcW w:w="2720" w:type="dxa"/>
            <w:vAlign w:val="center"/>
          </w:tcPr>
          <w:p w14:paraId="61F77E21" w14:textId="77777777" w:rsidR="00025C5D" w:rsidRDefault="008446DA">
            <w:r>
              <w:t>☐</w:t>
            </w:r>
          </w:p>
        </w:tc>
        <w:tc>
          <w:tcPr>
            <w:tcW w:w="2720" w:type="dxa"/>
            <w:vAlign w:val="center"/>
          </w:tcPr>
          <w:p w14:paraId="6EAE9ECA" w14:textId="77777777" w:rsidR="00025C5D" w:rsidRDefault="008446DA">
            <w:r>
              <w:t>☐</w:t>
            </w:r>
          </w:p>
        </w:tc>
        <w:tc>
          <w:tcPr>
            <w:tcW w:w="2720" w:type="dxa"/>
            <w:vAlign w:val="center"/>
          </w:tcPr>
          <w:p w14:paraId="3C0E8D51" w14:textId="77777777" w:rsidR="00025C5D" w:rsidRDefault="008446DA">
            <w:r>
              <w:t>☐</w:t>
            </w:r>
          </w:p>
        </w:tc>
      </w:tr>
      <w:tr w:rsidR="00025C5D" w14:paraId="2D40AE67" w14:textId="77777777">
        <w:trPr>
          <w:jc w:val="center"/>
        </w:trPr>
        <w:tc>
          <w:tcPr>
            <w:tcW w:w="2720" w:type="dxa"/>
            <w:vAlign w:val="center"/>
          </w:tcPr>
          <w:p w14:paraId="3DD4C7B1" w14:textId="77777777" w:rsidR="00025C5D" w:rsidRDefault="008446DA">
            <w:r>
              <w:t>Distance / temps</w:t>
            </w:r>
          </w:p>
        </w:tc>
        <w:tc>
          <w:tcPr>
            <w:tcW w:w="2720" w:type="dxa"/>
            <w:vAlign w:val="center"/>
          </w:tcPr>
          <w:p w14:paraId="26FD9D81" w14:textId="77777777" w:rsidR="00025C5D" w:rsidRDefault="008446DA">
            <w:r>
              <w:t>☐</w:t>
            </w:r>
          </w:p>
        </w:tc>
        <w:tc>
          <w:tcPr>
            <w:tcW w:w="2720" w:type="dxa"/>
            <w:vAlign w:val="center"/>
          </w:tcPr>
          <w:p w14:paraId="6A902D49" w14:textId="77777777" w:rsidR="00025C5D" w:rsidRDefault="008446DA">
            <w:r>
              <w:t>☐</w:t>
            </w:r>
          </w:p>
        </w:tc>
        <w:tc>
          <w:tcPr>
            <w:tcW w:w="2720" w:type="dxa"/>
            <w:vAlign w:val="center"/>
          </w:tcPr>
          <w:p w14:paraId="3826380A" w14:textId="77777777" w:rsidR="00025C5D" w:rsidRDefault="008446DA">
            <w:r>
              <w:t>☐</w:t>
            </w:r>
          </w:p>
        </w:tc>
      </w:tr>
      <w:tr w:rsidR="00025C5D" w14:paraId="057266DD" w14:textId="77777777">
        <w:trPr>
          <w:jc w:val="center"/>
        </w:trPr>
        <w:tc>
          <w:tcPr>
            <w:tcW w:w="2720" w:type="dxa"/>
            <w:vAlign w:val="center"/>
          </w:tcPr>
          <w:p w14:paraId="256F65EF" w14:textId="77777777" w:rsidR="00025C5D" w:rsidRDefault="008446DA">
            <w:r>
              <w:t>Carburant</w:t>
            </w:r>
          </w:p>
        </w:tc>
        <w:tc>
          <w:tcPr>
            <w:tcW w:w="2720" w:type="dxa"/>
            <w:vAlign w:val="center"/>
          </w:tcPr>
          <w:p w14:paraId="3DA6445C" w14:textId="77777777" w:rsidR="00025C5D" w:rsidRDefault="008446DA">
            <w:r>
              <w:t>☐</w:t>
            </w:r>
          </w:p>
        </w:tc>
        <w:tc>
          <w:tcPr>
            <w:tcW w:w="2720" w:type="dxa"/>
            <w:vAlign w:val="center"/>
          </w:tcPr>
          <w:p w14:paraId="2E9962A7" w14:textId="77777777" w:rsidR="00025C5D" w:rsidRDefault="008446DA">
            <w:r>
              <w:t>☐</w:t>
            </w:r>
          </w:p>
        </w:tc>
        <w:tc>
          <w:tcPr>
            <w:tcW w:w="2720" w:type="dxa"/>
            <w:vAlign w:val="center"/>
          </w:tcPr>
          <w:p w14:paraId="4D6A635B" w14:textId="77777777" w:rsidR="00025C5D" w:rsidRDefault="008446DA">
            <w:r>
              <w:t>☐</w:t>
            </w:r>
          </w:p>
        </w:tc>
      </w:tr>
      <w:tr w:rsidR="00025C5D" w14:paraId="6C40AF49" w14:textId="77777777">
        <w:trPr>
          <w:jc w:val="center"/>
        </w:trPr>
        <w:tc>
          <w:tcPr>
            <w:tcW w:w="2720" w:type="dxa"/>
            <w:vAlign w:val="center"/>
          </w:tcPr>
          <w:p w14:paraId="10E0E6BC" w14:textId="77777777" w:rsidR="00025C5D" w:rsidRDefault="008446DA">
            <w:r>
              <w:t xml:space="preserve">Météo / </w:t>
            </w:r>
            <w:r>
              <w:t>espaces aériens</w:t>
            </w:r>
          </w:p>
        </w:tc>
        <w:tc>
          <w:tcPr>
            <w:tcW w:w="2720" w:type="dxa"/>
            <w:vAlign w:val="center"/>
          </w:tcPr>
          <w:p w14:paraId="1F00617D" w14:textId="77777777" w:rsidR="00025C5D" w:rsidRDefault="008446DA">
            <w:r>
              <w:t>☐</w:t>
            </w:r>
          </w:p>
        </w:tc>
        <w:tc>
          <w:tcPr>
            <w:tcW w:w="2720" w:type="dxa"/>
            <w:vAlign w:val="center"/>
          </w:tcPr>
          <w:p w14:paraId="6CA8ABCF" w14:textId="77777777" w:rsidR="00025C5D" w:rsidRDefault="008446DA">
            <w:r>
              <w:t>☐</w:t>
            </w:r>
          </w:p>
        </w:tc>
        <w:tc>
          <w:tcPr>
            <w:tcW w:w="2720" w:type="dxa"/>
            <w:vAlign w:val="center"/>
          </w:tcPr>
          <w:p w14:paraId="1DD41545" w14:textId="77777777" w:rsidR="00025C5D" w:rsidRDefault="008446DA">
            <w:r>
              <w:t>☐</w:t>
            </w:r>
          </w:p>
        </w:tc>
      </w:tr>
      <w:tr w:rsidR="00025C5D" w14:paraId="1AA7EA03" w14:textId="77777777">
        <w:trPr>
          <w:jc w:val="center"/>
        </w:trPr>
        <w:tc>
          <w:tcPr>
            <w:tcW w:w="2720" w:type="dxa"/>
            <w:vAlign w:val="center"/>
          </w:tcPr>
          <w:p w14:paraId="08917EB5" w14:textId="77777777" w:rsidR="00025C5D" w:rsidRDefault="008446DA">
            <w:r>
              <w:t>Préparation radio</w:t>
            </w:r>
          </w:p>
        </w:tc>
        <w:tc>
          <w:tcPr>
            <w:tcW w:w="2720" w:type="dxa"/>
            <w:vAlign w:val="center"/>
          </w:tcPr>
          <w:p w14:paraId="50B68A8B" w14:textId="77777777" w:rsidR="00025C5D" w:rsidRDefault="008446DA">
            <w:r>
              <w:t>☐</w:t>
            </w:r>
          </w:p>
        </w:tc>
        <w:tc>
          <w:tcPr>
            <w:tcW w:w="2720" w:type="dxa"/>
            <w:vAlign w:val="center"/>
          </w:tcPr>
          <w:p w14:paraId="05EDD775" w14:textId="77777777" w:rsidR="00025C5D" w:rsidRDefault="008446DA">
            <w:r>
              <w:t>☐</w:t>
            </w:r>
          </w:p>
        </w:tc>
        <w:tc>
          <w:tcPr>
            <w:tcW w:w="2720" w:type="dxa"/>
            <w:vAlign w:val="center"/>
          </w:tcPr>
          <w:p w14:paraId="106F58A2" w14:textId="77777777" w:rsidR="00025C5D" w:rsidRDefault="008446DA">
            <w:r>
              <w:t>☐</w:t>
            </w:r>
          </w:p>
        </w:tc>
      </w:tr>
      <w:tr w:rsidR="00025C5D" w14:paraId="058DFA29" w14:textId="77777777">
        <w:trPr>
          <w:jc w:val="center"/>
        </w:trPr>
        <w:tc>
          <w:tcPr>
            <w:tcW w:w="2720" w:type="dxa"/>
            <w:vAlign w:val="center"/>
          </w:tcPr>
          <w:p w14:paraId="36C9408B" w14:textId="77777777" w:rsidR="00025C5D" w:rsidRDefault="008446DA">
            <w:r>
              <w:t>Poursuite vers la nouvelle destination</w:t>
            </w:r>
          </w:p>
        </w:tc>
        <w:tc>
          <w:tcPr>
            <w:tcW w:w="2720" w:type="dxa"/>
            <w:vAlign w:val="center"/>
          </w:tcPr>
          <w:p w14:paraId="61BDEAF6" w14:textId="77777777" w:rsidR="00025C5D" w:rsidRDefault="008446DA">
            <w:r>
              <w:t>☐</w:t>
            </w:r>
          </w:p>
        </w:tc>
        <w:tc>
          <w:tcPr>
            <w:tcW w:w="2720" w:type="dxa"/>
            <w:vAlign w:val="center"/>
          </w:tcPr>
          <w:p w14:paraId="4DEBD0BC" w14:textId="77777777" w:rsidR="00025C5D" w:rsidRDefault="008446DA">
            <w:r>
              <w:t>☐</w:t>
            </w:r>
          </w:p>
        </w:tc>
        <w:tc>
          <w:tcPr>
            <w:tcW w:w="2720" w:type="dxa"/>
            <w:vAlign w:val="center"/>
          </w:tcPr>
          <w:p w14:paraId="6AB38F51" w14:textId="77777777" w:rsidR="00025C5D" w:rsidRDefault="008446DA">
            <w:r>
              <w:t>☐</w:t>
            </w:r>
          </w:p>
        </w:tc>
      </w:tr>
    </w:tbl>
    <w:p w14:paraId="32C2A14E" w14:textId="77777777" w:rsidR="00025C5D" w:rsidRDefault="008446DA">
      <w:pPr>
        <w:pStyle w:val="Titre2"/>
      </w:pPr>
      <w:r>
        <w:t>7. Urgence / panne moteur</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03EDD347" w14:textId="77777777">
        <w:trPr>
          <w:tblHeader/>
          <w:jc w:val="center"/>
        </w:trPr>
        <w:tc>
          <w:tcPr>
            <w:tcW w:w="2720" w:type="dxa"/>
            <w:shd w:val="clear" w:color="auto" w:fill="D9EAF7"/>
            <w:vAlign w:val="center"/>
          </w:tcPr>
          <w:p w14:paraId="6FB2FFD4" w14:textId="77777777" w:rsidR="00025C5D" w:rsidRDefault="008446DA">
            <w:r>
              <w:t>Item</w:t>
            </w:r>
          </w:p>
        </w:tc>
        <w:tc>
          <w:tcPr>
            <w:tcW w:w="2720" w:type="dxa"/>
            <w:shd w:val="clear" w:color="auto" w:fill="D9EAF7"/>
            <w:vAlign w:val="center"/>
          </w:tcPr>
          <w:p w14:paraId="410D67B2" w14:textId="77777777" w:rsidR="00025C5D" w:rsidRDefault="008446DA">
            <w:r>
              <w:t>OK</w:t>
            </w:r>
          </w:p>
        </w:tc>
        <w:tc>
          <w:tcPr>
            <w:tcW w:w="2720" w:type="dxa"/>
            <w:shd w:val="clear" w:color="auto" w:fill="D9EAF7"/>
            <w:vAlign w:val="center"/>
          </w:tcPr>
          <w:p w14:paraId="3A4FDEEC" w14:textId="77777777" w:rsidR="00025C5D" w:rsidRDefault="008446DA">
            <w:r>
              <w:t>À améliorer</w:t>
            </w:r>
          </w:p>
        </w:tc>
        <w:tc>
          <w:tcPr>
            <w:tcW w:w="2720" w:type="dxa"/>
            <w:shd w:val="clear" w:color="auto" w:fill="D9EAF7"/>
            <w:vAlign w:val="center"/>
          </w:tcPr>
          <w:p w14:paraId="2527D39C" w14:textId="77777777" w:rsidR="00025C5D" w:rsidRDefault="008446DA">
            <w:r>
              <w:t>Échec</w:t>
            </w:r>
          </w:p>
        </w:tc>
      </w:tr>
      <w:tr w:rsidR="00025C5D" w14:paraId="00565E11" w14:textId="77777777">
        <w:trPr>
          <w:jc w:val="center"/>
        </w:trPr>
        <w:tc>
          <w:tcPr>
            <w:tcW w:w="2720" w:type="dxa"/>
            <w:vAlign w:val="center"/>
          </w:tcPr>
          <w:p w14:paraId="55CF08D5" w14:textId="77777777" w:rsidR="00025C5D" w:rsidRDefault="008446DA">
            <w:r>
              <w:t>Vitesse / assiette</w:t>
            </w:r>
          </w:p>
        </w:tc>
        <w:tc>
          <w:tcPr>
            <w:tcW w:w="2720" w:type="dxa"/>
            <w:vAlign w:val="center"/>
          </w:tcPr>
          <w:p w14:paraId="0292BC82" w14:textId="77777777" w:rsidR="00025C5D" w:rsidRDefault="008446DA">
            <w:r>
              <w:t>☐</w:t>
            </w:r>
          </w:p>
        </w:tc>
        <w:tc>
          <w:tcPr>
            <w:tcW w:w="2720" w:type="dxa"/>
            <w:vAlign w:val="center"/>
          </w:tcPr>
          <w:p w14:paraId="525674A2" w14:textId="77777777" w:rsidR="00025C5D" w:rsidRDefault="008446DA">
            <w:r>
              <w:t>☐</w:t>
            </w:r>
          </w:p>
        </w:tc>
        <w:tc>
          <w:tcPr>
            <w:tcW w:w="2720" w:type="dxa"/>
            <w:vAlign w:val="center"/>
          </w:tcPr>
          <w:p w14:paraId="59C5478A" w14:textId="77777777" w:rsidR="00025C5D" w:rsidRDefault="008446DA">
            <w:r>
              <w:t>☐</w:t>
            </w:r>
          </w:p>
        </w:tc>
      </w:tr>
      <w:tr w:rsidR="00025C5D" w14:paraId="3297D97F" w14:textId="77777777">
        <w:trPr>
          <w:jc w:val="center"/>
        </w:trPr>
        <w:tc>
          <w:tcPr>
            <w:tcW w:w="2720" w:type="dxa"/>
            <w:vAlign w:val="center"/>
          </w:tcPr>
          <w:p w14:paraId="0C6358FE" w14:textId="77777777" w:rsidR="00025C5D" w:rsidRDefault="008446DA">
            <w:r>
              <w:t>Choix d’une zone</w:t>
            </w:r>
          </w:p>
        </w:tc>
        <w:tc>
          <w:tcPr>
            <w:tcW w:w="2720" w:type="dxa"/>
            <w:vAlign w:val="center"/>
          </w:tcPr>
          <w:p w14:paraId="5A59BF32" w14:textId="77777777" w:rsidR="00025C5D" w:rsidRDefault="008446DA">
            <w:r>
              <w:t>☐</w:t>
            </w:r>
          </w:p>
        </w:tc>
        <w:tc>
          <w:tcPr>
            <w:tcW w:w="2720" w:type="dxa"/>
            <w:vAlign w:val="center"/>
          </w:tcPr>
          <w:p w14:paraId="4008CEDA" w14:textId="77777777" w:rsidR="00025C5D" w:rsidRDefault="008446DA">
            <w:r>
              <w:t>☐</w:t>
            </w:r>
          </w:p>
        </w:tc>
        <w:tc>
          <w:tcPr>
            <w:tcW w:w="2720" w:type="dxa"/>
            <w:vAlign w:val="center"/>
          </w:tcPr>
          <w:p w14:paraId="2CF448C1" w14:textId="77777777" w:rsidR="00025C5D" w:rsidRDefault="008446DA">
            <w:r>
              <w:t>☐</w:t>
            </w:r>
          </w:p>
        </w:tc>
      </w:tr>
      <w:tr w:rsidR="00025C5D" w14:paraId="418FF64F" w14:textId="77777777">
        <w:trPr>
          <w:jc w:val="center"/>
        </w:trPr>
        <w:tc>
          <w:tcPr>
            <w:tcW w:w="2720" w:type="dxa"/>
            <w:vAlign w:val="center"/>
          </w:tcPr>
          <w:p w14:paraId="067FBE9F" w14:textId="77777777" w:rsidR="00025C5D" w:rsidRDefault="008446DA">
            <w:r>
              <w:t>Procédure panne moteur</w:t>
            </w:r>
          </w:p>
        </w:tc>
        <w:tc>
          <w:tcPr>
            <w:tcW w:w="2720" w:type="dxa"/>
            <w:vAlign w:val="center"/>
          </w:tcPr>
          <w:p w14:paraId="6DC0994C" w14:textId="77777777" w:rsidR="00025C5D" w:rsidRDefault="008446DA">
            <w:r>
              <w:t>☐</w:t>
            </w:r>
          </w:p>
        </w:tc>
        <w:tc>
          <w:tcPr>
            <w:tcW w:w="2720" w:type="dxa"/>
            <w:vAlign w:val="center"/>
          </w:tcPr>
          <w:p w14:paraId="10C5FA04" w14:textId="77777777" w:rsidR="00025C5D" w:rsidRDefault="008446DA">
            <w:r>
              <w:t>☐</w:t>
            </w:r>
          </w:p>
        </w:tc>
        <w:tc>
          <w:tcPr>
            <w:tcW w:w="2720" w:type="dxa"/>
            <w:vAlign w:val="center"/>
          </w:tcPr>
          <w:p w14:paraId="1615133E" w14:textId="77777777" w:rsidR="00025C5D" w:rsidRDefault="008446DA">
            <w:r>
              <w:t>☐</w:t>
            </w:r>
          </w:p>
        </w:tc>
      </w:tr>
      <w:tr w:rsidR="00025C5D" w14:paraId="36055565" w14:textId="77777777">
        <w:trPr>
          <w:jc w:val="center"/>
        </w:trPr>
        <w:tc>
          <w:tcPr>
            <w:tcW w:w="2720" w:type="dxa"/>
            <w:vAlign w:val="center"/>
          </w:tcPr>
          <w:p w14:paraId="4AE904CC" w14:textId="77777777" w:rsidR="00025C5D" w:rsidRDefault="008446DA">
            <w:r>
              <w:t xml:space="preserve">Actions mémoire / </w:t>
            </w:r>
            <w:r>
              <w:t>check-list</w:t>
            </w:r>
          </w:p>
        </w:tc>
        <w:tc>
          <w:tcPr>
            <w:tcW w:w="2720" w:type="dxa"/>
            <w:vAlign w:val="center"/>
          </w:tcPr>
          <w:p w14:paraId="6869E69D" w14:textId="77777777" w:rsidR="00025C5D" w:rsidRDefault="008446DA">
            <w:r>
              <w:t>☐</w:t>
            </w:r>
          </w:p>
        </w:tc>
        <w:tc>
          <w:tcPr>
            <w:tcW w:w="2720" w:type="dxa"/>
            <w:vAlign w:val="center"/>
          </w:tcPr>
          <w:p w14:paraId="41C11370" w14:textId="77777777" w:rsidR="00025C5D" w:rsidRDefault="008446DA">
            <w:r>
              <w:t>☐</w:t>
            </w:r>
          </w:p>
        </w:tc>
        <w:tc>
          <w:tcPr>
            <w:tcW w:w="2720" w:type="dxa"/>
            <w:vAlign w:val="center"/>
          </w:tcPr>
          <w:p w14:paraId="271399F0" w14:textId="77777777" w:rsidR="00025C5D" w:rsidRDefault="008446DA">
            <w:r>
              <w:t>☐</w:t>
            </w:r>
          </w:p>
        </w:tc>
      </w:tr>
      <w:tr w:rsidR="00025C5D" w14:paraId="2E5C8842" w14:textId="77777777">
        <w:trPr>
          <w:jc w:val="center"/>
        </w:trPr>
        <w:tc>
          <w:tcPr>
            <w:tcW w:w="2720" w:type="dxa"/>
            <w:vAlign w:val="center"/>
          </w:tcPr>
          <w:p w14:paraId="05A9C8EE" w14:textId="77777777" w:rsidR="00025C5D" w:rsidRDefault="008446DA">
            <w:r>
              <w:t>Communication si appropriée</w:t>
            </w:r>
          </w:p>
        </w:tc>
        <w:tc>
          <w:tcPr>
            <w:tcW w:w="2720" w:type="dxa"/>
            <w:vAlign w:val="center"/>
          </w:tcPr>
          <w:p w14:paraId="5D8DFFA4" w14:textId="77777777" w:rsidR="00025C5D" w:rsidRDefault="008446DA">
            <w:r>
              <w:t>☐</w:t>
            </w:r>
          </w:p>
        </w:tc>
        <w:tc>
          <w:tcPr>
            <w:tcW w:w="2720" w:type="dxa"/>
            <w:vAlign w:val="center"/>
          </w:tcPr>
          <w:p w14:paraId="2B9524B9" w14:textId="77777777" w:rsidR="00025C5D" w:rsidRDefault="008446DA">
            <w:r>
              <w:t>☐</w:t>
            </w:r>
          </w:p>
        </w:tc>
        <w:tc>
          <w:tcPr>
            <w:tcW w:w="2720" w:type="dxa"/>
            <w:vAlign w:val="center"/>
          </w:tcPr>
          <w:p w14:paraId="13AEA780" w14:textId="77777777" w:rsidR="00025C5D" w:rsidRDefault="008446DA">
            <w:r>
              <w:t>☐</w:t>
            </w:r>
          </w:p>
        </w:tc>
      </w:tr>
      <w:tr w:rsidR="00025C5D" w14:paraId="3B567937" w14:textId="77777777">
        <w:trPr>
          <w:jc w:val="center"/>
        </w:trPr>
        <w:tc>
          <w:tcPr>
            <w:tcW w:w="2720" w:type="dxa"/>
            <w:vAlign w:val="center"/>
          </w:tcPr>
          <w:p w14:paraId="2EE40CA4" w14:textId="77777777" w:rsidR="00025C5D" w:rsidRDefault="008446DA">
            <w:r>
              <w:t>Gestion énergie / plané</w:t>
            </w:r>
          </w:p>
        </w:tc>
        <w:tc>
          <w:tcPr>
            <w:tcW w:w="2720" w:type="dxa"/>
            <w:vAlign w:val="center"/>
          </w:tcPr>
          <w:p w14:paraId="7DC5C00C" w14:textId="77777777" w:rsidR="00025C5D" w:rsidRDefault="008446DA">
            <w:r>
              <w:t>☐</w:t>
            </w:r>
          </w:p>
        </w:tc>
        <w:tc>
          <w:tcPr>
            <w:tcW w:w="2720" w:type="dxa"/>
            <w:vAlign w:val="center"/>
          </w:tcPr>
          <w:p w14:paraId="26658FB6" w14:textId="77777777" w:rsidR="00025C5D" w:rsidRDefault="008446DA">
            <w:r>
              <w:t>☐</w:t>
            </w:r>
          </w:p>
        </w:tc>
        <w:tc>
          <w:tcPr>
            <w:tcW w:w="2720" w:type="dxa"/>
            <w:vAlign w:val="center"/>
          </w:tcPr>
          <w:p w14:paraId="2146FCA1" w14:textId="77777777" w:rsidR="00025C5D" w:rsidRDefault="008446DA">
            <w:r>
              <w:t>☐</w:t>
            </w:r>
          </w:p>
        </w:tc>
      </w:tr>
      <w:tr w:rsidR="00025C5D" w14:paraId="56D91813" w14:textId="77777777">
        <w:trPr>
          <w:jc w:val="center"/>
        </w:trPr>
        <w:tc>
          <w:tcPr>
            <w:tcW w:w="2720" w:type="dxa"/>
            <w:vAlign w:val="center"/>
          </w:tcPr>
          <w:p w14:paraId="7F750CD1" w14:textId="77777777" w:rsidR="00025C5D" w:rsidRDefault="008446DA">
            <w:r>
              <w:t>Préparation atterrissage forcé</w:t>
            </w:r>
          </w:p>
        </w:tc>
        <w:tc>
          <w:tcPr>
            <w:tcW w:w="2720" w:type="dxa"/>
            <w:vAlign w:val="center"/>
          </w:tcPr>
          <w:p w14:paraId="4879A5F6" w14:textId="77777777" w:rsidR="00025C5D" w:rsidRDefault="008446DA">
            <w:r>
              <w:t>☐</w:t>
            </w:r>
          </w:p>
        </w:tc>
        <w:tc>
          <w:tcPr>
            <w:tcW w:w="2720" w:type="dxa"/>
            <w:vAlign w:val="center"/>
          </w:tcPr>
          <w:p w14:paraId="7DE0A7E7" w14:textId="77777777" w:rsidR="00025C5D" w:rsidRDefault="008446DA">
            <w:r>
              <w:t>☐</w:t>
            </w:r>
          </w:p>
        </w:tc>
        <w:tc>
          <w:tcPr>
            <w:tcW w:w="2720" w:type="dxa"/>
            <w:vAlign w:val="center"/>
          </w:tcPr>
          <w:p w14:paraId="2E964B72" w14:textId="77777777" w:rsidR="00025C5D" w:rsidRDefault="008446DA">
            <w:r>
              <w:t>☐</w:t>
            </w:r>
          </w:p>
        </w:tc>
      </w:tr>
      <w:tr w:rsidR="00025C5D" w14:paraId="7D5426DF" w14:textId="77777777">
        <w:trPr>
          <w:jc w:val="center"/>
        </w:trPr>
        <w:tc>
          <w:tcPr>
            <w:tcW w:w="2720" w:type="dxa"/>
            <w:vAlign w:val="center"/>
          </w:tcPr>
          <w:p w14:paraId="617D6B90" w14:textId="77777777" w:rsidR="00025C5D" w:rsidRDefault="008446DA">
            <w:r>
              <w:t>Priorité au pilotage (Aviate–Navigate–Communicate)</w:t>
            </w:r>
          </w:p>
        </w:tc>
        <w:tc>
          <w:tcPr>
            <w:tcW w:w="2720" w:type="dxa"/>
            <w:vAlign w:val="center"/>
          </w:tcPr>
          <w:p w14:paraId="23946B46" w14:textId="77777777" w:rsidR="00025C5D" w:rsidRDefault="008446DA">
            <w:r>
              <w:t>☐</w:t>
            </w:r>
          </w:p>
        </w:tc>
        <w:tc>
          <w:tcPr>
            <w:tcW w:w="2720" w:type="dxa"/>
            <w:vAlign w:val="center"/>
          </w:tcPr>
          <w:p w14:paraId="0FE42EDB" w14:textId="77777777" w:rsidR="00025C5D" w:rsidRDefault="008446DA">
            <w:r>
              <w:t>☐</w:t>
            </w:r>
          </w:p>
        </w:tc>
        <w:tc>
          <w:tcPr>
            <w:tcW w:w="2720" w:type="dxa"/>
            <w:vAlign w:val="center"/>
          </w:tcPr>
          <w:p w14:paraId="3FE6338B" w14:textId="77777777" w:rsidR="00025C5D" w:rsidRDefault="008446DA">
            <w:r>
              <w:t>☐</w:t>
            </w:r>
          </w:p>
        </w:tc>
      </w:tr>
    </w:tbl>
    <w:p w14:paraId="20642EE0" w14:textId="77777777" w:rsidR="00025C5D" w:rsidRDefault="008446DA">
      <w:pPr>
        <w:pStyle w:val="Titre2"/>
      </w:pPr>
      <w:r>
        <w:t>8. Approche / atterrissages / remise de gaz</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4E0C1734" w14:textId="77777777">
        <w:trPr>
          <w:tblHeader/>
          <w:jc w:val="center"/>
        </w:trPr>
        <w:tc>
          <w:tcPr>
            <w:tcW w:w="2720" w:type="dxa"/>
            <w:shd w:val="clear" w:color="auto" w:fill="D9EAF7"/>
            <w:vAlign w:val="center"/>
          </w:tcPr>
          <w:p w14:paraId="3E671693" w14:textId="77777777" w:rsidR="00025C5D" w:rsidRDefault="008446DA">
            <w:r>
              <w:t>Item</w:t>
            </w:r>
          </w:p>
        </w:tc>
        <w:tc>
          <w:tcPr>
            <w:tcW w:w="2720" w:type="dxa"/>
            <w:shd w:val="clear" w:color="auto" w:fill="D9EAF7"/>
            <w:vAlign w:val="center"/>
          </w:tcPr>
          <w:p w14:paraId="13D9DF05" w14:textId="77777777" w:rsidR="00025C5D" w:rsidRDefault="008446DA">
            <w:r>
              <w:t>OK</w:t>
            </w:r>
          </w:p>
        </w:tc>
        <w:tc>
          <w:tcPr>
            <w:tcW w:w="2720" w:type="dxa"/>
            <w:shd w:val="clear" w:color="auto" w:fill="D9EAF7"/>
            <w:vAlign w:val="center"/>
          </w:tcPr>
          <w:p w14:paraId="284D7F96" w14:textId="77777777" w:rsidR="00025C5D" w:rsidRDefault="008446DA">
            <w:r>
              <w:t>À améliorer</w:t>
            </w:r>
          </w:p>
        </w:tc>
        <w:tc>
          <w:tcPr>
            <w:tcW w:w="2720" w:type="dxa"/>
            <w:shd w:val="clear" w:color="auto" w:fill="D9EAF7"/>
            <w:vAlign w:val="center"/>
          </w:tcPr>
          <w:p w14:paraId="40245CE2" w14:textId="77777777" w:rsidR="00025C5D" w:rsidRDefault="008446DA">
            <w:r>
              <w:t>Échec</w:t>
            </w:r>
          </w:p>
        </w:tc>
      </w:tr>
      <w:tr w:rsidR="00025C5D" w14:paraId="13E3C907" w14:textId="77777777">
        <w:trPr>
          <w:jc w:val="center"/>
        </w:trPr>
        <w:tc>
          <w:tcPr>
            <w:tcW w:w="2720" w:type="dxa"/>
            <w:vAlign w:val="center"/>
          </w:tcPr>
          <w:p w14:paraId="40E2FC35" w14:textId="77777777" w:rsidR="00025C5D" w:rsidRDefault="008446DA">
            <w:r>
              <w:t>ATIS / QNH / vent / piste</w:t>
            </w:r>
          </w:p>
        </w:tc>
        <w:tc>
          <w:tcPr>
            <w:tcW w:w="2720" w:type="dxa"/>
            <w:vAlign w:val="center"/>
          </w:tcPr>
          <w:p w14:paraId="5EF260AF" w14:textId="77777777" w:rsidR="00025C5D" w:rsidRDefault="008446DA">
            <w:r>
              <w:t>☐</w:t>
            </w:r>
          </w:p>
        </w:tc>
        <w:tc>
          <w:tcPr>
            <w:tcW w:w="2720" w:type="dxa"/>
            <w:vAlign w:val="center"/>
          </w:tcPr>
          <w:p w14:paraId="1373F4D7" w14:textId="77777777" w:rsidR="00025C5D" w:rsidRDefault="008446DA">
            <w:r>
              <w:t>☐</w:t>
            </w:r>
          </w:p>
        </w:tc>
        <w:tc>
          <w:tcPr>
            <w:tcW w:w="2720" w:type="dxa"/>
            <w:vAlign w:val="center"/>
          </w:tcPr>
          <w:p w14:paraId="628498B8" w14:textId="77777777" w:rsidR="00025C5D" w:rsidRDefault="008446DA">
            <w:r>
              <w:t>☐</w:t>
            </w:r>
          </w:p>
        </w:tc>
      </w:tr>
      <w:tr w:rsidR="00025C5D" w14:paraId="7BBAB0A3" w14:textId="77777777">
        <w:trPr>
          <w:jc w:val="center"/>
        </w:trPr>
        <w:tc>
          <w:tcPr>
            <w:tcW w:w="2720" w:type="dxa"/>
            <w:vAlign w:val="center"/>
          </w:tcPr>
          <w:p w14:paraId="24A3C086" w14:textId="77777777" w:rsidR="00025C5D" w:rsidRDefault="008446DA">
            <w:r>
              <w:t>Intégration / radio</w:t>
            </w:r>
          </w:p>
        </w:tc>
        <w:tc>
          <w:tcPr>
            <w:tcW w:w="2720" w:type="dxa"/>
            <w:vAlign w:val="center"/>
          </w:tcPr>
          <w:p w14:paraId="391DAA40" w14:textId="77777777" w:rsidR="00025C5D" w:rsidRDefault="008446DA">
            <w:r>
              <w:t>☐</w:t>
            </w:r>
          </w:p>
        </w:tc>
        <w:tc>
          <w:tcPr>
            <w:tcW w:w="2720" w:type="dxa"/>
            <w:vAlign w:val="center"/>
          </w:tcPr>
          <w:p w14:paraId="42191D5C" w14:textId="77777777" w:rsidR="00025C5D" w:rsidRDefault="008446DA">
            <w:r>
              <w:t>☐</w:t>
            </w:r>
          </w:p>
        </w:tc>
        <w:tc>
          <w:tcPr>
            <w:tcW w:w="2720" w:type="dxa"/>
            <w:vAlign w:val="center"/>
          </w:tcPr>
          <w:p w14:paraId="58883088" w14:textId="77777777" w:rsidR="00025C5D" w:rsidRDefault="008446DA">
            <w:r>
              <w:t>☐</w:t>
            </w:r>
          </w:p>
        </w:tc>
      </w:tr>
      <w:tr w:rsidR="00025C5D" w14:paraId="461C3400" w14:textId="77777777">
        <w:trPr>
          <w:jc w:val="center"/>
        </w:trPr>
        <w:tc>
          <w:tcPr>
            <w:tcW w:w="2720" w:type="dxa"/>
            <w:vAlign w:val="center"/>
          </w:tcPr>
          <w:p w14:paraId="4417583F" w14:textId="77777777" w:rsidR="00025C5D" w:rsidRDefault="008446DA">
            <w:r>
              <w:t>Circuit</w:t>
            </w:r>
          </w:p>
        </w:tc>
        <w:tc>
          <w:tcPr>
            <w:tcW w:w="2720" w:type="dxa"/>
            <w:vAlign w:val="center"/>
          </w:tcPr>
          <w:p w14:paraId="4EA14C9E" w14:textId="77777777" w:rsidR="00025C5D" w:rsidRDefault="008446DA">
            <w:r>
              <w:t>☐</w:t>
            </w:r>
          </w:p>
        </w:tc>
        <w:tc>
          <w:tcPr>
            <w:tcW w:w="2720" w:type="dxa"/>
            <w:vAlign w:val="center"/>
          </w:tcPr>
          <w:p w14:paraId="1D051A2C" w14:textId="77777777" w:rsidR="00025C5D" w:rsidRDefault="008446DA">
            <w:r>
              <w:t>☐</w:t>
            </w:r>
          </w:p>
        </w:tc>
        <w:tc>
          <w:tcPr>
            <w:tcW w:w="2720" w:type="dxa"/>
            <w:vAlign w:val="center"/>
          </w:tcPr>
          <w:p w14:paraId="67C9DC7A" w14:textId="77777777" w:rsidR="00025C5D" w:rsidRDefault="008446DA">
            <w:r>
              <w:t>☐</w:t>
            </w:r>
          </w:p>
        </w:tc>
      </w:tr>
      <w:tr w:rsidR="00025C5D" w14:paraId="3A560896" w14:textId="77777777">
        <w:trPr>
          <w:jc w:val="center"/>
        </w:trPr>
        <w:tc>
          <w:tcPr>
            <w:tcW w:w="2720" w:type="dxa"/>
            <w:vAlign w:val="center"/>
          </w:tcPr>
          <w:p w14:paraId="4303AB42" w14:textId="77777777" w:rsidR="00025C5D" w:rsidRDefault="008446DA">
            <w:r>
              <w:t>Approche stabilisée</w:t>
            </w:r>
          </w:p>
        </w:tc>
        <w:tc>
          <w:tcPr>
            <w:tcW w:w="2720" w:type="dxa"/>
            <w:vAlign w:val="center"/>
          </w:tcPr>
          <w:p w14:paraId="7ECDD2D9" w14:textId="77777777" w:rsidR="00025C5D" w:rsidRDefault="008446DA">
            <w:r>
              <w:t>☐</w:t>
            </w:r>
          </w:p>
        </w:tc>
        <w:tc>
          <w:tcPr>
            <w:tcW w:w="2720" w:type="dxa"/>
            <w:vAlign w:val="center"/>
          </w:tcPr>
          <w:p w14:paraId="391EC0CC" w14:textId="77777777" w:rsidR="00025C5D" w:rsidRDefault="008446DA">
            <w:r>
              <w:t>☐</w:t>
            </w:r>
          </w:p>
        </w:tc>
        <w:tc>
          <w:tcPr>
            <w:tcW w:w="2720" w:type="dxa"/>
            <w:vAlign w:val="center"/>
          </w:tcPr>
          <w:p w14:paraId="6BD73696" w14:textId="77777777" w:rsidR="00025C5D" w:rsidRDefault="008446DA">
            <w:r>
              <w:t>☐</w:t>
            </w:r>
          </w:p>
        </w:tc>
      </w:tr>
      <w:tr w:rsidR="00025C5D" w14:paraId="465038C8" w14:textId="77777777">
        <w:trPr>
          <w:jc w:val="center"/>
        </w:trPr>
        <w:tc>
          <w:tcPr>
            <w:tcW w:w="2720" w:type="dxa"/>
            <w:vAlign w:val="center"/>
          </w:tcPr>
          <w:p w14:paraId="11943225" w14:textId="77777777" w:rsidR="00025C5D" w:rsidRDefault="008446DA">
            <w:r>
              <w:t>Atterrissage normal</w:t>
            </w:r>
          </w:p>
        </w:tc>
        <w:tc>
          <w:tcPr>
            <w:tcW w:w="2720" w:type="dxa"/>
            <w:vAlign w:val="center"/>
          </w:tcPr>
          <w:p w14:paraId="7D546C23" w14:textId="77777777" w:rsidR="00025C5D" w:rsidRDefault="008446DA">
            <w:r>
              <w:t>☐</w:t>
            </w:r>
          </w:p>
        </w:tc>
        <w:tc>
          <w:tcPr>
            <w:tcW w:w="2720" w:type="dxa"/>
            <w:vAlign w:val="center"/>
          </w:tcPr>
          <w:p w14:paraId="2AC56B7C" w14:textId="77777777" w:rsidR="00025C5D" w:rsidRDefault="008446DA">
            <w:r>
              <w:t>☐</w:t>
            </w:r>
          </w:p>
        </w:tc>
        <w:tc>
          <w:tcPr>
            <w:tcW w:w="2720" w:type="dxa"/>
            <w:vAlign w:val="center"/>
          </w:tcPr>
          <w:p w14:paraId="72B935C2" w14:textId="77777777" w:rsidR="00025C5D" w:rsidRDefault="008446DA">
            <w:r>
              <w:t>☐</w:t>
            </w:r>
          </w:p>
        </w:tc>
      </w:tr>
      <w:tr w:rsidR="00025C5D" w14:paraId="7A0961AD" w14:textId="77777777">
        <w:trPr>
          <w:jc w:val="center"/>
        </w:trPr>
        <w:tc>
          <w:tcPr>
            <w:tcW w:w="2720" w:type="dxa"/>
            <w:vAlign w:val="center"/>
          </w:tcPr>
          <w:p w14:paraId="0E9F1A50" w14:textId="77777777" w:rsidR="00025C5D" w:rsidRDefault="008446DA">
            <w:r>
              <w:t>Atterrissage vent de travers si conditions</w:t>
            </w:r>
          </w:p>
        </w:tc>
        <w:tc>
          <w:tcPr>
            <w:tcW w:w="2720" w:type="dxa"/>
            <w:vAlign w:val="center"/>
          </w:tcPr>
          <w:p w14:paraId="08C137BF" w14:textId="77777777" w:rsidR="00025C5D" w:rsidRDefault="008446DA">
            <w:r>
              <w:t>☐</w:t>
            </w:r>
          </w:p>
        </w:tc>
        <w:tc>
          <w:tcPr>
            <w:tcW w:w="2720" w:type="dxa"/>
            <w:vAlign w:val="center"/>
          </w:tcPr>
          <w:p w14:paraId="77845534" w14:textId="77777777" w:rsidR="00025C5D" w:rsidRDefault="008446DA">
            <w:r>
              <w:t>☐</w:t>
            </w:r>
          </w:p>
        </w:tc>
        <w:tc>
          <w:tcPr>
            <w:tcW w:w="2720" w:type="dxa"/>
            <w:vAlign w:val="center"/>
          </w:tcPr>
          <w:p w14:paraId="2AC59C49" w14:textId="77777777" w:rsidR="00025C5D" w:rsidRDefault="008446DA">
            <w:r>
              <w:t>☐</w:t>
            </w:r>
          </w:p>
        </w:tc>
      </w:tr>
      <w:tr w:rsidR="00025C5D" w14:paraId="11EA967C" w14:textId="77777777">
        <w:trPr>
          <w:jc w:val="center"/>
        </w:trPr>
        <w:tc>
          <w:tcPr>
            <w:tcW w:w="2720" w:type="dxa"/>
            <w:vAlign w:val="center"/>
          </w:tcPr>
          <w:p w14:paraId="54F51CC9" w14:textId="77777777" w:rsidR="00025C5D" w:rsidRDefault="008446DA">
            <w:r>
              <w:t>Atterrissage court / précision</w:t>
            </w:r>
          </w:p>
        </w:tc>
        <w:tc>
          <w:tcPr>
            <w:tcW w:w="2720" w:type="dxa"/>
            <w:vAlign w:val="center"/>
          </w:tcPr>
          <w:p w14:paraId="5A5E3D6F" w14:textId="77777777" w:rsidR="00025C5D" w:rsidRDefault="008446DA">
            <w:r>
              <w:t>☐</w:t>
            </w:r>
          </w:p>
        </w:tc>
        <w:tc>
          <w:tcPr>
            <w:tcW w:w="2720" w:type="dxa"/>
            <w:vAlign w:val="center"/>
          </w:tcPr>
          <w:p w14:paraId="6C67B32C" w14:textId="77777777" w:rsidR="00025C5D" w:rsidRDefault="008446DA">
            <w:r>
              <w:t>☐</w:t>
            </w:r>
          </w:p>
        </w:tc>
        <w:tc>
          <w:tcPr>
            <w:tcW w:w="2720" w:type="dxa"/>
            <w:vAlign w:val="center"/>
          </w:tcPr>
          <w:p w14:paraId="615195BE" w14:textId="77777777" w:rsidR="00025C5D" w:rsidRDefault="008446DA">
            <w:r>
              <w:t>☐</w:t>
            </w:r>
          </w:p>
        </w:tc>
      </w:tr>
      <w:tr w:rsidR="00025C5D" w14:paraId="1488AD46" w14:textId="77777777">
        <w:trPr>
          <w:jc w:val="center"/>
        </w:trPr>
        <w:tc>
          <w:tcPr>
            <w:tcW w:w="2720" w:type="dxa"/>
            <w:vAlign w:val="center"/>
          </w:tcPr>
          <w:p w14:paraId="6F9BBB35" w14:textId="77777777" w:rsidR="00025C5D" w:rsidRDefault="008446DA">
            <w:r>
              <w:lastRenderedPageBreak/>
              <w:t>Remise de gaz</w:t>
            </w:r>
          </w:p>
        </w:tc>
        <w:tc>
          <w:tcPr>
            <w:tcW w:w="2720" w:type="dxa"/>
            <w:vAlign w:val="center"/>
          </w:tcPr>
          <w:p w14:paraId="4469C7E1" w14:textId="77777777" w:rsidR="00025C5D" w:rsidRDefault="008446DA">
            <w:r>
              <w:t>☐</w:t>
            </w:r>
          </w:p>
        </w:tc>
        <w:tc>
          <w:tcPr>
            <w:tcW w:w="2720" w:type="dxa"/>
            <w:vAlign w:val="center"/>
          </w:tcPr>
          <w:p w14:paraId="2925E4AC" w14:textId="77777777" w:rsidR="00025C5D" w:rsidRDefault="008446DA">
            <w:r>
              <w:t>☐</w:t>
            </w:r>
          </w:p>
        </w:tc>
        <w:tc>
          <w:tcPr>
            <w:tcW w:w="2720" w:type="dxa"/>
            <w:vAlign w:val="center"/>
          </w:tcPr>
          <w:p w14:paraId="2DC25D79" w14:textId="77777777" w:rsidR="00025C5D" w:rsidRDefault="008446DA">
            <w:r>
              <w:t>☐</w:t>
            </w:r>
          </w:p>
        </w:tc>
      </w:tr>
      <w:tr w:rsidR="00025C5D" w14:paraId="11BFA4FC" w14:textId="77777777">
        <w:trPr>
          <w:jc w:val="center"/>
        </w:trPr>
        <w:tc>
          <w:tcPr>
            <w:tcW w:w="2720" w:type="dxa"/>
            <w:vAlign w:val="center"/>
          </w:tcPr>
          <w:p w14:paraId="5A6C0063" w14:textId="77777777" w:rsidR="00025C5D" w:rsidRDefault="008446DA">
            <w:r>
              <w:t xml:space="preserve">Contrôle </w:t>
            </w:r>
            <w:r>
              <w:t>après toucher</w:t>
            </w:r>
          </w:p>
        </w:tc>
        <w:tc>
          <w:tcPr>
            <w:tcW w:w="2720" w:type="dxa"/>
            <w:vAlign w:val="center"/>
          </w:tcPr>
          <w:p w14:paraId="7C57CB60" w14:textId="77777777" w:rsidR="00025C5D" w:rsidRDefault="008446DA">
            <w:r>
              <w:t>☐</w:t>
            </w:r>
          </w:p>
        </w:tc>
        <w:tc>
          <w:tcPr>
            <w:tcW w:w="2720" w:type="dxa"/>
            <w:vAlign w:val="center"/>
          </w:tcPr>
          <w:p w14:paraId="4F2213EA" w14:textId="77777777" w:rsidR="00025C5D" w:rsidRDefault="008446DA">
            <w:r>
              <w:t>☐</w:t>
            </w:r>
          </w:p>
        </w:tc>
        <w:tc>
          <w:tcPr>
            <w:tcW w:w="2720" w:type="dxa"/>
            <w:vAlign w:val="center"/>
          </w:tcPr>
          <w:p w14:paraId="6962E387" w14:textId="77777777" w:rsidR="00025C5D" w:rsidRDefault="008446DA">
            <w:r>
              <w:t>☐</w:t>
            </w:r>
          </w:p>
        </w:tc>
      </w:tr>
    </w:tbl>
    <w:p w14:paraId="00292374" w14:textId="77777777" w:rsidR="00025C5D" w:rsidRDefault="008446DA">
      <w:pPr>
        <w:pStyle w:val="Titre2"/>
      </w:pPr>
      <w:r>
        <w:t>9. Procédures anormales / sécurité</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12903025" w14:textId="77777777">
        <w:trPr>
          <w:tblHeader/>
          <w:jc w:val="center"/>
        </w:trPr>
        <w:tc>
          <w:tcPr>
            <w:tcW w:w="2720" w:type="dxa"/>
            <w:shd w:val="clear" w:color="auto" w:fill="D9EAF7"/>
            <w:vAlign w:val="center"/>
          </w:tcPr>
          <w:p w14:paraId="4541CCB1" w14:textId="77777777" w:rsidR="00025C5D" w:rsidRDefault="008446DA">
            <w:r>
              <w:t>Item</w:t>
            </w:r>
          </w:p>
        </w:tc>
        <w:tc>
          <w:tcPr>
            <w:tcW w:w="2720" w:type="dxa"/>
            <w:shd w:val="clear" w:color="auto" w:fill="D9EAF7"/>
            <w:vAlign w:val="center"/>
          </w:tcPr>
          <w:p w14:paraId="08567AF2" w14:textId="77777777" w:rsidR="00025C5D" w:rsidRDefault="008446DA">
            <w:r>
              <w:t>OK</w:t>
            </w:r>
          </w:p>
        </w:tc>
        <w:tc>
          <w:tcPr>
            <w:tcW w:w="2720" w:type="dxa"/>
            <w:shd w:val="clear" w:color="auto" w:fill="D9EAF7"/>
            <w:vAlign w:val="center"/>
          </w:tcPr>
          <w:p w14:paraId="78B75334" w14:textId="77777777" w:rsidR="00025C5D" w:rsidRDefault="008446DA">
            <w:r>
              <w:t>À améliorer</w:t>
            </w:r>
          </w:p>
        </w:tc>
        <w:tc>
          <w:tcPr>
            <w:tcW w:w="2720" w:type="dxa"/>
            <w:shd w:val="clear" w:color="auto" w:fill="D9EAF7"/>
            <w:vAlign w:val="center"/>
          </w:tcPr>
          <w:p w14:paraId="2BFFE20F" w14:textId="77777777" w:rsidR="00025C5D" w:rsidRDefault="008446DA">
            <w:r>
              <w:t>Échec</w:t>
            </w:r>
          </w:p>
        </w:tc>
      </w:tr>
      <w:tr w:rsidR="00025C5D" w14:paraId="38108E2F" w14:textId="77777777">
        <w:trPr>
          <w:jc w:val="center"/>
        </w:trPr>
        <w:tc>
          <w:tcPr>
            <w:tcW w:w="2720" w:type="dxa"/>
            <w:vAlign w:val="center"/>
          </w:tcPr>
          <w:p w14:paraId="4093B4FD" w14:textId="77777777" w:rsidR="00025C5D" w:rsidRDefault="008446DA">
            <w:r>
              <w:t>Panne radio</w:t>
            </w:r>
          </w:p>
        </w:tc>
        <w:tc>
          <w:tcPr>
            <w:tcW w:w="2720" w:type="dxa"/>
            <w:vAlign w:val="center"/>
          </w:tcPr>
          <w:p w14:paraId="7D931490" w14:textId="77777777" w:rsidR="00025C5D" w:rsidRDefault="008446DA">
            <w:r>
              <w:t>☐</w:t>
            </w:r>
          </w:p>
        </w:tc>
        <w:tc>
          <w:tcPr>
            <w:tcW w:w="2720" w:type="dxa"/>
            <w:vAlign w:val="center"/>
          </w:tcPr>
          <w:p w14:paraId="0E88E388" w14:textId="77777777" w:rsidR="00025C5D" w:rsidRDefault="008446DA">
            <w:r>
              <w:t>☐</w:t>
            </w:r>
          </w:p>
        </w:tc>
        <w:tc>
          <w:tcPr>
            <w:tcW w:w="2720" w:type="dxa"/>
            <w:vAlign w:val="center"/>
          </w:tcPr>
          <w:p w14:paraId="348D9EC4" w14:textId="77777777" w:rsidR="00025C5D" w:rsidRDefault="008446DA">
            <w:r>
              <w:t>☐</w:t>
            </w:r>
          </w:p>
        </w:tc>
      </w:tr>
      <w:tr w:rsidR="00025C5D" w14:paraId="3C24783D" w14:textId="77777777">
        <w:trPr>
          <w:jc w:val="center"/>
        </w:trPr>
        <w:tc>
          <w:tcPr>
            <w:tcW w:w="2720" w:type="dxa"/>
            <w:vAlign w:val="center"/>
          </w:tcPr>
          <w:p w14:paraId="6E2B77C4" w14:textId="77777777" w:rsidR="00025C5D" w:rsidRDefault="008446DA">
            <w:r>
              <w:t>Panne électrique</w:t>
            </w:r>
          </w:p>
        </w:tc>
        <w:tc>
          <w:tcPr>
            <w:tcW w:w="2720" w:type="dxa"/>
            <w:vAlign w:val="center"/>
          </w:tcPr>
          <w:p w14:paraId="149E7A1D" w14:textId="77777777" w:rsidR="00025C5D" w:rsidRDefault="008446DA">
            <w:r>
              <w:t>☐</w:t>
            </w:r>
          </w:p>
        </w:tc>
        <w:tc>
          <w:tcPr>
            <w:tcW w:w="2720" w:type="dxa"/>
            <w:vAlign w:val="center"/>
          </w:tcPr>
          <w:p w14:paraId="1EBF7132" w14:textId="77777777" w:rsidR="00025C5D" w:rsidRDefault="008446DA">
            <w:r>
              <w:t>☐</w:t>
            </w:r>
          </w:p>
        </w:tc>
        <w:tc>
          <w:tcPr>
            <w:tcW w:w="2720" w:type="dxa"/>
            <w:vAlign w:val="center"/>
          </w:tcPr>
          <w:p w14:paraId="316649A8" w14:textId="77777777" w:rsidR="00025C5D" w:rsidRDefault="008446DA">
            <w:r>
              <w:t>☐</w:t>
            </w:r>
          </w:p>
        </w:tc>
      </w:tr>
      <w:tr w:rsidR="00025C5D" w14:paraId="79D2BD0A" w14:textId="77777777">
        <w:trPr>
          <w:jc w:val="center"/>
        </w:trPr>
        <w:tc>
          <w:tcPr>
            <w:tcW w:w="2720" w:type="dxa"/>
            <w:vAlign w:val="center"/>
          </w:tcPr>
          <w:p w14:paraId="5E259D91" w14:textId="77777777" w:rsidR="00025C5D" w:rsidRDefault="008446DA">
            <w:r>
              <w:t>Anomalie moteur</w:t>
            </w:r>
          </w:p>
        </w:tc>
        <w:tc>
          <w:tcPr>
            <w:tcW w:w="2720" w:type="dxa"/>
            <w:vAlign w:val="center"/>
          </w:tcPr>
          <w:p w14:paraId="641AA29C" w14:textId="77777777" w:rsidR="00025C5D" w:rsidRDefault="008446DA">
            <w:r>
              <w:t>☐</w:t>
            </w:r>
          </w:p>
        </w:tc>
        <w:tc>
          <w:tcPr>
            <w:tcW w:w="2720" w:type="dxa"/>
            <w:vAlign w:val="center"/>
          </w:tcPr>
          <w:p w14:paraId="6CDD19D4" w14:textId="77777777" w:rsidR="00025C5D" w:rsidRDefault="008446DA">
            <w:r>
              <w:t>☐</w:t>
            </w:r>
          </w:p>
        </w:tc>
        <w:tc>
          <w:tcPr>
            <w:tcW w:w="2720" w:type="dxa"/>
            <w:vAlign w:val="center"/>
          </w:tcPr>
          <w:p w14:paraId="7934CE14" w14:textId="77777777" w:rsidR="00025C5D" w:rsidRDefault="008446DA">
            <w:r>
              <w:t>☐</w:t>
            </w:r>
          </w:p>
        </w:tc>
      </w:tr>
      <w:tr w:rsidR="00025C5D" w14:paraId="6193A92B" w14:textId="77777777">
        <w:trPr>
          <w:jc w:val="center"/>
        </w:trPr>
        <w:tc>
          <w:tcPr>
            <w:tcW w:w="2720" w:type="dxa"/>
            <w:vAlign w:val="center"/>
          </w:tcPr>
          <w:p w14:paraId="24AB1881" w14:textId="77777777" w:rsidR="00025C5D" w:rsidRDefault="008446DA">
            <w:r>
              <w:t>Feu moteur : procédure orale/simulée</w:t>
            </w:r>
          </w:p>
        </w:tc>
        <w:tc>
          <w:tcPr>
            <w:tcW w:w="2720" w:type="dxa"/>
            <w:vAlign w:val="center"/>
          </w:tcPr>
          <w:p w14:paraId="52D7C7AE" w14:textId="77777777" w:rsidR="00025C5D" w:rsidRDefault="008446DA">
            <w:r>
              <w:t>☐</w:t>
            </w:r>
          </w:p>
        </w:tc>
        <w:tc>
          <w:tcPr>
            <w:tcW w:w="2720" w:type="dxa"/>
            <w:vAlign w:val="center"/>
          </w:tcPr>
          <w:p w14:paraId="3B144E9B" w14:textId="77777777" w:rsidR="00025C5D" w:rsidRDefault="008446DA">
            <w:r>
              <w:t>☐</w:t>
            </w:r>
          </w:p>
        </w:tc>
        <w:tc>
          <w:tcPr>
            <w:tcW w:w="2720" w:type="dxa"/>
            <w:vAlign w:val="center"/>
          </w:tcPr>
          <w:p w14:paraId="15185578" w14:textId="77777777" w:rsidR="00025C5D" w:rsidRDefault="008446DA">
            <w:r>
              <w:t>☐</w:t>
            </w:r>
          </w:p>
        </w:tc>
      </w:tr>
      <w:tr w:rsidR="00025C5D" w14:paraId="4CD31B7A" w14:textId="77777777">
        <w:trPr>
          <w:jc w:val="center"/>
        </w:trPr>
        <w:tc>
          <w:tcPr>
            <w:tcW w:w="2720" w:type="dxa"/>
            <w:vAlign w:val="center"/>
          </w:tcPr>
          <w:p w14:paraId="78CDC8E2" w14:textId="77777777" w:rsidR="00025C5D" w:rsidRDefault="008446DA">
            <w:r>
              <w:t>Problème volets / autre système</w:t>
            </w:r>
          </w:p>
        </w:tc>
        <w:tc>
          <w:tcPr>
            <w:tcW w:w="2720" w:type="dxa"/>
            <w:vAlign w:val="center"/>
          </w:tcPr>
          <w:p w14:paraId="09A08662" w14:textId="77777777" w:rsidR="00025C5D" w:rsidRDefault="008446DA">
            <w:r>
              <w:t>☐</w:t>
            </w:r>
          </w:p>
        </w:tc>
        <w:tc>
          <w:tcPr>
            <w:tcW w:w="2720" w:type="dxa"/>
            <w:vAlign w:val="center"/>
          </w:tcPr>
          <w:p w14:paraId="6E500FE0" w14:textId="77777777" w:rsidR="00025C5D" w:rsidRDefault="008446DA">
            <w:r>
              <w:t>☐</w:t>
            </w:r>
          </w:p>
        </w:tc>
        <w:tc>
          <w:tcPr>
            <w:tcW w:w="2720" w:type="dxa"/>
            <w:vAlign w:val="center"/>
          </w:tcPr>
          <w:p w14:paraId="107E0003" w14:textId="77777777" w:rsidR="00025C5D" w:rsidRDefault="008446DA">
            <w:r>
              <w:t>☐</w:t>
            </w:r>
          </w:p>
        </w:tc>
      </w:tr>
      <w:tr w:rsidR="00025C5D" w14:paraId="3998772A" w14:textId="77777777">
        <w:trPr>
          <w:jc w:val="center"/>
        </w:trPr>
        <w:tc>
          <w:tcPr>
            <w:tcW w:w="2720" w:type="dxa"/>
            <w:vAlign w:val="center"/>
          </w:tcPr>
          <w:p w14:paraId="59D1ED7D" w14:textId="77777777" w:rsidR="00025C5D" w:rsidRDefault="008446DA">
            <w:r>
              <w:t xml:space="preserve">Atterrissage de </w:t>
            </w:r>
            <w:r>
              <w:t>précaution : décision et préparation</w:t>
            </w:r>
          </w:p>
        </w:tc>
        <w:tc>
          <w:tcPr>
            <w:tcW w:w="2720" w:type="dxa"/>
            <w:vAlign w:val="center"/>
          </w:tcPr>
          <w:p w14:paraId="6590A9E7" w14:textId="77777777" w:rsidR="00025C5D" w:rsidRDefault="008446DA">
            <w:r>
              <w:t>☐</w:t>
            </w:r>
          </w:p>
        </w:tc>
        <w:tc>
          <w:tcPr>
            <w:tcW w:w="2720" w:type="dxa"/>
            <w:vAlign w:val="center"/>
          </w:tcPr>
          <w:p w14:paraId="79D2E66B" w14:textId="77777777" w:rsidR="00025C5D" w:rsidRDefault="008446DA">
            <w:r>
              <w:t>☐</w:t>
            </w:r>
          </w:p>
        </w:tc>
        <w:tc>
          <w:tcPr>
            <w:tcW w:w="2720" w:type="dxa"/>
            <w:vAlign w:val="center"/>
          </w:tcPr>
          <w:p w14:paraId="2ADE9F78" w14:textId="77777777" w:rsidR="00025C5D" w:rsidRDefault="008446DA">
            <w:r>
              <w:t>☐</w:t>
            </w:r>
          </w:p>
        </w:tc>
      </w:tr>
      <w:tr w:rsidR="00025C5D" w14:paraId="78A88D4E" w14:textId="77777777">
        <w:trPr>
          <w:jc w:val="center"/>
        </w:trPr>
        <w:tc>
          <w:tcPr>
            <w:tcW w:w="2720" w:type="dxa"/>
            <w:vAlign w:val="center"/>
          </w:tcPr>
          <w:p w14:paraId="2920656B" w14:textId="77777777" w:rsidR="00025C5D" w:rsidRDefault="008446DA">
            <w:r>
              <w:t>Respect des limitations</w:t>
            </w:r>
          </w:p>
        </w:tc>
        <w:tc>
          <w:tcPr>
            <w:tcW w:w="2720" w:type="dxa"/>
            <w:vAlign w:val="center"/>
          </w:tcPr>
          <w:p w14:paraId="5ADF8792" w14:textId="77777777" w:rsidR="00025C5D" w:rsidRDefault="008446DA">
            <w:r>
              <w:t>☐</w:t>
            </w:r>
          </w:p>
        </w:tc>
        <w:tc>
          <w:tcPr>
            <w:tcW w:w="2720" w:type="dxa"/>
            <w:vAlign w:val="center"/>
          </w:tcPr>
          <w:p w14:paraId="4C60D3BD" w14:textId="77777777" w:rsidR="00025C5D" w:rsidRDefault="008446DA">
            <w:r>
              <w:t>☐</w:t>
            </w:r>
          </w:p>
        </w:tc>
        <w:tc>
          <w:tcPr>
            <w:tcW w:w="2720" w:type="dxa"/>
            <w:vAlign w:val="center"/>
          </w:tcPr>
          <w:p w14:paraId="39A7E27C" w14:textId="77777777" w:rsidR="00025C5D" w:rsidRDefault="008446DA">
            <w:r>
              <w:t>☐</w:t>
            </w:r>
          </w:p>
        </w:tc>
      </w:tr>
      <w:tr w:rsidR="00025C5D" w14:paraId="245A689A" w14:textId="77777777">
        <w:trPr>
          <w:jc w:val="center"/>
        </w:trPr>
        <w:tc>
          <w:tcPr>
            <w:tcW w:w="2720" w:type="dxa"/>
            <w:vAlign w:val="center"/>
          </w:tcPr>
          <w:p w14:paraId="7541D681" w14:textId="77777777" w:rsidR="00025C5D" w:rsidRDefault="008446DA">
            <w:r>
              <w:t>Gestion carburant / déroutement</w:t>
            </w:r>
          </w:p>
        </w:tc>
        <w:tc>
          <w:tcPr>
            <w:tcW w:w="2720" w:type="dxa"/>
            <w:vAlign w:val="center"/>
          </w:tcPr>
          <w:p w14:paraId="79CF05BA" w14:textId="77777777" w:rsidR="00025C5D" w:rsidRDefault="008446DA">
            <w:r>
              <w:t>☐</w:t>
            </w:r>
          </w:p>
        </w:tc>
        <w:tc>
          <w:tcPr>
            <w:tcW w:w="2720" w:type="dxa"/>
            <w:vAlign w:val="center"/>
          </w:tcPr>
          <w:p w14:paraId="161B9BF2" w14:textId="77777777" w:rsidR="00025C5D" w:rsidRDefault="008446DA">
            <w:r>
              <w:t>☐</w:t>
            </w:r>
          </w:p>
        </w:tc>
        <w:tc>
          <w:tcPr>
            <w:tcW w:w="2720" w:type="dxa"/>
            <w:vAlign w:val="center"/>
          </w:tcPr>
          <w:p w14:paraId="3C3A51A1" w14:textId="77777777" w:rsidR="00025C5D" w:rsidRDefault="008446DA">
            <w:r>
              <w:t>☐</w:t>
            </w:r>
          </w:p>
        </w:tc>
      </w:tr>
      <w:tr w:rsidR="00025C5D" w14:paraId="46D1BF2E" w14:textId="77777777">
        <w:trPr>
          <w:jc w:val="center"/>
        </w:trPr>
        <w:tc>
          <w:tcPr>
            <w:tcW w:w="2720" w:type="dxa"/>
            <w:vAlign w:val="center"/>
          </w:tcPr>
          <w:p w14:paraId="3B6BB0FD" w14:textId="77777777" w:rsidR="00025C5D" w:rsidRDefault="008446DA">
            <w:r>
              <w:t>Airmanship / look-out</w:t>
            </w:r>
          </w:p>
        </w:tc>
        <w:tc>
          <w:tcPr>
            <w:tcW w:w="2720" w:type="dxa"/>
            <w:vAlign w:val="center"/>
          </w:tcPr>
          <w:p w14:paraId="2D71B9F8" w14:textId="77777777" w:rsidR="00025C5D" w:rsidRDefault="008446DA">
            <w:r>
              <w:t>☐</w:t>
            </w:r>
          </w:p>
        </w:tc>
        <w:tc>
          <w:tcPr>
            <w:tcW w:w="2720" w:type="dxa"/>
            <w:vAlign w:val="center"/>
          </w:tcPr>
          <w:p w14:paraId="7EF833AF" w14:textId="77777777" w:rsidR="00025C5D" w:rsidRDefault="008446DA">
            <w:r>
              <w:t>☐</w:t>
            </w:r>
          </w:p>
        </w:tc>
        <w:tc>
          <w:tcPr>
            <w:tcW w:w="2720" w:type="dxa"/>
            <w:vAlign w:val="center"/>
          </w:tcPr>
          <w:p w14:paraId="12E3C38D" w14:textId="77777777" w:rsidR="00025C5D" w:rsidRDefault="008446DA">
            <w:r>
              <w:t>☐</w:t>
            </w:r>
          </w:p>
        </w:tc>
      </w:tr>
    </w:tbl>
    <w:p w14:paraId="77A02212" w14:textId="77777777" w:rsidR="00025C5D" w:rsidRDefault="008446DA">
      <w:pPr>
        <w:pStyle w:val="Titre2"/>
      </w:pPr>
      <w:r>
        <w:t>10. Après-vol</w:t>
      </w:r>
    </w:p>
    <w:tbl>
      <w:tblPr>
        <w:tblStyle w:val="Grilledutableau"/>
        <w:tblW w:w="0" w:type="auto"/>
        <w:jc w:val="center"/>
        <w:tblLook w:val="04A0" w:firstRow="1" w:lastRow="0" w:firstColumn="1" w:lastColumn="0" w:noHBand="0" w:noVBand="1"/>
      </w:tblPr>
      <w:tblGrid>
        <w:gridCol w:w="2718"/>
        <w:gridCol w:w="2717"/>
        <w:gridCol w:w="2718"/>
        <w:gridCol w:w="2717"/>
      </w:tblGrid>
      <w:tr w:rsidR="00025C5D" w14:paraId="4E2CB516" w14:textId="77777777">
        <w:trPr>
          <w:tblHeader/>
          <w:jc w:val="center"/>
        </w:trPr>
        <w:tc>
          <w:tcPr>
            <w:tcW w:w="2720" w:type="dxa"/>
            <w:shd w:val="clear" w:color="auto" w:fill="D9EAF7"/>
            <w:vAlign w:val="center"/>
          </w:tcPr>
          <w:p w14:paraId="55480EFD" w14:textId="77777777" w:rsidR="00025C5D" w:rsidRDefault="008446DA">
            <w:r>
              <w:t>Item</w:t>
            </w:r>
          </w:p>
        </w:tc>
        <w:tc>
          <w:tcPr>
            <w:tcW w:w="2720" w:type="dxa"/>
            <w:shd w:val="clear" w:color="auto" w:fill="D9EAF7"/>
            <w:vAlign w:val="center"/>
          </w:tcPr>
          <w:p w14:paraId="4873E2E4" w14:textId="77777777" w:rsidR="00025C5D" w:rsidRDefault="008446DA">
            <w:r>
              <w:t>OK</w:t>
            </w:r>
          </w:p>
        </w:tc>
        <w:tc>
          <w:tcPr>
            <w:tcW w:w="2720" w:type="dxa"/>
            <w:shd w:val="clear" w:color="auto" w:fill="D9EAF7"/>
            <w:vAlign w:val="center"/>
          </w:tcPr>
          <w:p w14:paraId="20D41CA5" w14:textId="77777777" w:rsidR="00025C5D" w:rsidRDefault="008446DA">
            <w:r>
              <w:t>À améliorer</w:t>
            </w:r>
          </w:p>
        </w:tc>
        <w:tc>
          <w:tcPr>
            <w:tcW w:w="2720" w:type="dxa"/>
            <w:shd w:val="clear" w:color="auto" w:fill="D9EAF7"/>
            <w:vAlign w:val="center"/>
          </w:tcPr>
          <w:p w14:paraId="045BBB4A" w14:textId="77777777" w:rsidR="00025C5D" w:rsidRDefault="008446DA">
            <w:r>
              <w:t>Échec</w:t>
            </w:r>
          </w:p>
        </w:tc>
      </w:tr>
      <w:tr w:rsidR="00025C5D" w14:paraId="4EA63982" w14:textId="77777777">
        <w:trPr>
          <w:jc w:val="center"/>
        </w:trPr>
        <w:tc>
          <w:tcPr>
            <w:tcW w:w="2720" w:type="dxa"/>
            <w:vAlign w:val="center"/>
          </w:tcPr>
          <w:p w14:paraId="242BF778" w14:textId="77777777" w:rsidR="00025C5D" w:rsidRDefault="008446DA">
            <w:r>
              <w:t>Roulage retour</w:t>
            </w:r>
          </w:p>
        </w:tc>
        <w:tc>
          <w:tcPr>
            <w:tcW w:w="2720" w:type="dxa"/>
            <w:vAlign w:val="center"/>
          </w:tcPr>
          <w:p w14:paraId="45C16E57" w14:textId="77777777" w:rsidR="00025C5D" w:rsidRDefault="008446DA">
            <w:r>
              <w:t>☐</w:t>
            </w:r>
          </w:p>
        </w:tc>
        <w:tc>
          <w:tcPr>
            <w:tcW w:w="2720" w:type="dxa"/>
            <w:vAlign w:val="center"/>
          </w:tcPr>
          <w:p w14:paraId="28B2DED7" w14:textId="77777777" w:rsidR="00025C5D" w:rsidRDefault="008446DA">
            <w:r>
              <w:t>☐</w:t>
            </w:r>
          </w:p>
        </w:tc>
        <w:tc>
          <w:tcPr>
            <w:tcW w:w="2720" w:type="dxa"/>
            <w:vAlign w:val="center"/>
          </w:tcPr>
          <w:p w14:paraId="711BB2C6" w14:textId="77777777" w:rsidR="00025C5D" w:rsidRDefault="008446DA">
            <w:r>
              <w:t>☐</w:t>
            </w:r>
          </w:p>
        </w:tc>
      </w:tr>
      <w:tr w:rsidR="00025C5D" w14:paraId="7FBFABBC" w14:textId="77777777">
        <w:trPr>
          <w:jc w:val="center"/>
        </w:trPr>
        <w:tc>
          <w:tcPr>
            <w:tcW w:w="2720" w:type="dxa"/>
            <w:vAlign w:val="center"/>
          </w:tcPr>
          <w:p w14:paraId="59F91980" w14:textId="77777777" w:rsidR="00025C5D" w:rsidRDefault="008446DA">
            <w:r>
              <w:t>Arrêt moteur / check-list</w:t>
            </w:r>
          </w:p>
        </w:tc>
        <w:tc>
          <w:tcPr>
            <w:tcW w:w="2720" w:type="dxa"/>
            <w:vAlign w:val="center"/>
          </w:tcPr>
          <w:p w14:paraId="44542535" w14:textId="77777777" w:rsidR="00025C5D" w:rsidRDefault="008446DA">
            <w:r>
              <w:t>☐</w:t>
            </w:r>
          </w:p>
        </w:tc>
        <w:tc>
          <w:tcPr>
            <w:tcW w:w="2720" w:type="dxa"/>
            <w:vAlign w:val="center"/>
          </w:tcPr>
          <w:p w14:paraId="6B2436B2" w14:textId="77777777" w:rsidR="00025C5D" w:rsidRDefault="008446DA">
            <w:r>
              <w:t>☐</w:t>
            </w:r>
          </w:p>
        </w:tc>
        <w:tc>
          <w:tcPr>
            <w:tcW w:w="2720" w:type="dxa"/>
            <w:vAlign w:val="center"/>
          </w:tcPr>
          <w:p w14:paraId="67533FB3" w14:textId="77777777" w:rsidR="00025C5D" w:rsidRDefault="008446DA">
            <w:r>
              <w:t>☐</w:t>
            </w:r>
          </w:p>
        </w:tc>
      </w:tr>
      <w:tr w:rsidR="00025C5D" w14:paraId="1FBA50E5" w14:textId="77777777">
        <w:trPr>
          <w:jc w:val="center"/>
        </w:trPr>
        <w:tc>
          <w:tcPr>
            <w:tcW w:w="2720" w:type="dxa"/>
            <w:vAlign w:val="center"/>
          </w:tcPr>
          <w:p w14:paraId="772C5935" w14:textId="77777777" w:rsidR="00025C5D" w:rsidRDefault="008446DA">
            <w:r>
              <w:t>Sécurisation avion</w:t>
            </w:r>
          </w:p>
        </w:tc>
        <w:tc>
          <w:tcPr>
            <w:tcW w:w="2720" w:type="dxa"/>
            <w:vAlign w:val="center"/>
          </w:tcPr>
          <w:p w14:paraId="7B6747A7" w14:textId="77777777" w:rsidR="00025C5D" w:rsidRDefault="008446DA">
            <w:r>
              <w:t>☐</w:t>
            </w:r>
          </w:p>
        </w:tc>
        <w:tc>
          <w:tcPr>
            <w:tcW w:w="2720" w:type="dxa"/>
            <w:vAlign w:val="center"/>
          </w:tcPr>
          <w:p w14:paraId="4434C62E" w14:textId="77777777" w:rsidR="00025C5D" w:rsidRDefault="008446DA">
            <w:r>
              <w:t>☐</w:t>
            </w:r>
          </w:p>
        </w:tc>
        <w:tc>
          <w:tcPr>
            <w:tcW w:w="2720" w:type="dxa"/>
            <w:vAlign w:val="center"/>
          </w:tcPr>
          <w:p w14:paraId="37A3BDEF" w14:textId="77777777" w:rsidR="00025C5D" w:rsidRDefault="008446DA">
            <w:r>
              <w:t>☐</w:t>
            </w:r>
          </w:p>
        </w:tc>
      </w:tr>
      <w:tr w:rsidR="00025C5D" w14:paraId="23109600" w14:textId="77777777">
        <w:trPr>
          <w:jc w:val="center"/>
        </w:trPr>
        <w:tc>
          <w:tcPr>
            <w:tcW w:w="2720" w:type="dxa"/>
            <w:vAlign w:val="center"/>
          </w:tcPr>
          <w:p w14:paraId="49BE1737" w14:textId="77777777" w:rsidR="00025C5D" w:rsidRDefault="008446DA">
            <w:r>
              <w:t>Anomalies signalées</w:t>
            </w:r>
          </w:p>
        </w:tc>
        <w:tc>
          <w:tcPr>
            <w:tcW w:w="2720" w:type="dxa"/>
            <w:vAlign w:val="center"/>
          </w:tcPr>
          <w:p w14:paraId="1C8D7166" w14:textId="77777777" w:rsidR="00025C5D" w:rsidRDefault="008446DA">
            <w:r>
              <w:t>☐</w:t>
            </w:r>
          </w:p>
        </w:tc>
        <w:tc>
          <w:tcPr>
            <w:tcW w:w="2720" w:type="dxa"/>
            <w:vAlign w:val="center"/>
          </w:tcPr>
          <w:p w14:paraId="7944166A" w14:textId="77777777" w:rsidR="00025C5D" w:rsidRDefault="008446DA">
            <w:r>
              <w:t>☐</w:t>
            </w:r>
          </w:p>
        </w:tc>
        <w:tc>
          <w:tcPr>
            <w:tcW w:w="2720" w:type="dxa"/>
            <w:vAlign w:val="center"/>
          </w:tcPr>
          <w:p w14:paraId="441CE1D6" w14:textId="77777777" w:rsidR="00025C5D" w:rsidRDefault="008446DA">
            <w:r>
              <w:t>☐</w:t>
            </w:r>
          </w:p>
        </w:tc>
      </w:tr>
      <w:tr w:rsidR="00025C5D" w14:paraId="56CAA226" w14:textId="77777777">
        <w:trPr>
          <w:jc w:val="center"/>
        </w:trPr>
        <w:tc>
          <w:tcPr>
            <w:tcW w:w="2720" w:type="dxa"/>
            <w:vAlign w:val="center"/>
          </w:tcPr>
          <w:p w14:paraId="4E574DDF" w14:textId="77777777" w:rsidR="00025C5D" w:rsidRDefault="008446DA">
            <w:r>
              <w:t>Temps de vol / carburant</w:t>
            </w:r>
          </w:p>
        </w:tc>
        <w:tc>
          <w:tcPr>
            <w:tcW w:w="2720" w:type="dxa"/>
            <w:vAlign w:val="center"/>
          </w:tcPr>
          <w:p w14:paraId="065355FB" w14:textId="77777777" w:rsidR="00025C5D" w:rsidRDefault="008446DA">
            <w:r>
              <w:t>☐</w:t>
            </w:r>
          </w:p>
        </w:tc>
        <w:tc>
          <w:tcPr>
            <w:tcW w:w="2720" w:type="dxa"/>
            <w:vAlign w:val="center"/>
          </w:tcPr>
          <w:p w14:paraId="46163C39" w14:textId="77777777" w:rsidR="00025C5D" w:rsidRDefault="008446DA">
            <w:r>
              <w:t>☐</w:t>
            </w:r>
          </w:p>
        </w:tc>
        <w:tc>
          <w:tcPr>
            <w:tcW w:w="2720" w:type="dxa"/>
            <w:vAlign w:val="center"/>
          </w:tcPr>
          <w:p w14:paraId="5E113FD4" w14:textId="77777777" w:rsidR="00025C5D" w:rsidRDefault="008446DA">
            <w:r>
              <w:t>☐</w:t>
            </w:r>
          </w:p>
        </w:tc>
      </w:tr>
      <w:tr w:rsidR="00025C5D" w14:paraId="3037A56E" w14:textId="77777777">
        <w:trPr>
          <w:jc w:val="center"/>
        </w:trPr>
        <w:tc>
          <w:tcPr>
            <w:tcW w:w="2720" w:type="dxa"/>
            <w:vAlign w:val="center"/>
          </w:tcPr>
          <w:p w14:paraId="36BB687E" w14:textId="77777777" w:rsidR="00025C5D" w:rsidRDefault="008446DA">
            <w:r>
              <w:t>Documents / tech log si applicable</w:t>
            </w:r>
          </w:p>
        </w:tc>
        <w:tc>
          <w:tcPr>
            <w:tcW w:w="2720" w:type="dxa"/>
            <w:vAlign w:val="center"/>
          </w:tcPr>
          <w:p w14:paraId="4EA477B3" w14:textId="77777777" w:rsidR="00025C5D" w:rsidRDefault="008446DA">
            <w:r>
              <w:t>☐</w:t>
            </w:r>
          </w:p>
        </w:tc>
        <w:tc>
          <w:tcPr>
            <w:tcW w:w="2720" w:type="dxa"/>
            <w:vAlign w:val="center"/>
          </w:tcPr>
          <w:p w14:paraId="1690E446" w14:textId="77777777" w:rsidR="00025C5D" w:rsidRDefault="008446DA">
            <w:r>
              <w:t>☐</w:t>
            </w:r>
          </w:p>
        </w:tc>
        <w:tc>
          <w:tcPr>
            <w:tcW w:w="2720" w:type="dxa"/>
            <w:vAlign w:val="center"/>
          </w:tcPr>
          <w:p w14:paraId="4F920787" w14:textId="77777777" w:rsidR="00025C5D" w:rsidRDefault="008446DA">
            <w:r>
              <w:t>☐</w:t>
            </w:r>
          </w:p>
        </w:tc>
      </w:tr>
    </w:tbl>
    <w:p w14:paraId="61D22934" w14:textId="77777777" w:rsidR="00025C5D" w:rsidRDefault="008446DA">
      <w:pPr>
        <w:pStyle w:val="Titre1"/>
      </w:pPr>
      <w:r>
        <w:t>Tolérances indicatives à surveiller</w:t>
      </w:r>
    </w:p>
    <w:p w14:paraId="56838B3A" w14:textId="77777777" w:rsidR="00025C5D" w:rsidRDefault="008446DA">
      <w:r>
        <w:t xml:space="preserve">Altitude : ±150 ft  |  Vitesse au décollage / approche : +15 / –5 kt  |  Autres </w:t>
      </w:r>
      <w:r>
        <w:t>vitesses : ±15 kt. À adapter aux conditions, à la turbulence et aux caractéristiques de l’avion.</w:t>
      </w:r>
    </w:p>
    <w:p w14:paraId="0F811A06" w14:textId="77777777" w:rsidR="00025C5D" w:rsidRDefault="008446DA">
      <w:pPr>
        <w:pStyle w:val="Titre1"/>
      </w:pPr>
      <w:r>
        <w:t>Interventions de l’instructeur</w:t>
      </w:r>
    </w:p>
    <w:tbl>
      <w:tblPr>
        <w:tblStyle w:val="Grilledutableau"/>
        <w:tblW w:w="0" w:type="auto"/>
        <w:tblLook w:val="04A0" w:firstRow="1" w:lastRow="0" w:firstColumn="1" w:lastColumn="0" w:noHBand="0" w:noVBand="1"/>
      </w:tblPr>
      <w:tblGrid>
        <w:gridCol w:w="3624"/>
        <w:gridCol w:w="3623"/>
        <w:gridCol w:w="3623"/>
      </w:tblGrid>
      <w:tr w:rsidR="00025C5D" w14:paraId="4E5F0541" w14:textId="77777777">
        <w:tc>
          <w:tcPr>
            <w:tcW w:w="3627" w:type="dxa"/>
            <w:shd w:val="clear" w:color="auto" w:fill="D9EAF7"/>
          </w:tcPr>
          <w:p w14:paraId="66D00582" w14:textId="77777777" w:rsidR="00025C5D" w:rsidRDefault="008446DA">
            <w:r>
              <w:t>Situation</w:t>
            </w:r>
          </w:p>
        </w:tc>
        <w:tc>
          <w:tcPr>
            <w:tcW w:w="3627" w:type="dxa"/>
            <w:shd w:val="clear" w:color="auto" w:fill="D9EAF7"/>
          </w:tcPr>
          <w:p w14:paraId="5570484F" w14:textId="77777777" w:rsidR="00025C5D" w:rsidRDefault="008446DA">
            <w:r>
              <w:t>Oui</w:t>
            </w:r>
          </w:p>
        </w:tc>
        <w:tc>
          <w:tcPr>
            <w:tcW w:w="3627" w:type="dxa"/>
            <w:shd w:val="clear" w:color="auto" w:fill="D9EAF7"/>
          </w:tcPr>
          <w:p w14:paraId="4F92D0BF" w14:textId="77777777" w:rsidR="00025C5D" w:rsidRDefault="008446DA">
            <w:r>
              <w:t>Non</w:t>
            </w:r>
          </w:p>
        </w:tc>
      </w:tr>
      <w:tr w:rsidR="00025C5D" w14:paraId="2D94967E" w14:textId="77777777">
        <w:tc>
          <w:tcPr>
            <w:tcW w:w="3627" w:type="dxa"/>
          </w:tcPr>
          <w:p w14:paraId="2E596E99" w14:textId="77777777" w:rsidR="00025C5D" w:rsidRDefault="008446DA">
            <w:r>
              <w:t>Intervention uniquement pour sécurité</w:t>
            </w:r>
          </w:p>
        </w:tc>
        <w:tc>
          <w:tcPr>
            <w:tcW w:w="3627" w:type="dxa"/>
          </w:tcPr>
          <w:p w14:paraId="37F4B135" w14:textId="77777777" w:rsidR="00025C5D" w:rsidRDefault="008446DA">
            <w:r>
              <w:t>☐</w:t>
            </w:r>
          </w:p>
        </w:tc>
        <w:tc>
          <w:tcPr>
            <w:tcW w:w="3627" w:type="dxa"/>
          </w:tcPr>
          <w:p w14:paraId="413F1EFD" w14:textId="77777777" w:rsidR="00025C5D" w:rsidRDefault="008446DA">
            <w:r>
              <w:t>☐</w:t>
            </w:r>
          </w:p>
        </w:tc>
      </w:tr>
      <w:tr w:rsidR="00025C5D" w14:paraId="1786EE9E" w14:textId="77777777">
        <w:tc>
          <w:tcPr>
            <w:tcW w:w="3627" w:type="dxa"/>
          </w:tcPr>
          <w:p w14:paraId="385E3DA9" w14:textId="77777777" w:rsidR="00025C5D" w:rsidRDefault="008446DA">
            <w:r>
              <w:t>Correction navigation / espace aérien</w:t>
            </w:r>
          </w:p>
        </w:tc>
        <w:tc>
          <w:tcPr>
            <w:tcW w:w="3627" w:type="dxa"/>
          </w:tcPr>
          <w:p w14:paraId="127046BA" w14:textId="77777777" w:rsidR="00025C5D" w:rsidRDefault="008446DA">
            <w:r>
              <w:t>☐</w:t>
            </w:r>
          </w:p>
        </w:tc>
        <w:tc>
          <w:tcPr>
            <w:tcW w:w="3627" w:type="dxa"/>
          </w:tcPr>
          <w:p w14:paraId="7856083C" w14:textId="77777777" w:rsidR="00025C5D" w:rsidRDefault="008446DA">
            <w:r>
              <w:t>☐</w:t>
            </w:r>
          </w:p>
        </w:tc>
      </w:tr>
      <w:tr w:rsidR="00025C5D" w14:paraId="5CD97489" w14:textId="77777777">
        <w:tc>
          <w:tcPr>
            <w:tcW w:w="3627" w:type="dxa"/>
          </w:tcPr>
          <w:p w14:paraId="2E7CF0F3" w14:textId="77777777" w:rsidR="00025C5D" w:rsidRDefault="008446DA">
            <w:r>
              <w:t xml:space="preserve">Prévention d’une </w:t>
            </w:r>
            <w:r>
              <w:t>situation dangereuse</w:t>
            </w:r>
          </w:p>
        </w:tc>
        <w:tc>
          <w:tcPr>
            <w:tcW w:w="3627" w:type="dxa"/>
          </w:tcPr>
          <w:p w14:paraId="0A34740C" w14:textId="77777777" w:rsidR="00025C5D" w:rsidRDefault="008446DA">
            <w:r>
              <w:t>☐</w:t>
            </w:r>
          </w:p>
        </w:tc>
        <w:tc>
          <w:tcPr>
            <w:tcW w:w="3627" w:type="dxa"/>
          </w:tcPr>
          <w:p w14:paraId="195494B4" w14:textId="77777777" w:rsidR="00025C5D" w:rsidRDefault="008446DA">
            <w:r>
              <w:t>☐</w:t>
            </w:r>
          </w:p>
        </w:tc>
      </w:tr>
      <w:tr w:rsidR="00025C5D" w14:paraId="09CBFF19" w14:textId="77777777">
        <w:tc>
          <w:tcPr>
            <w:tcW w:w="3627" w:type="dxa"/>
          </w:tcPr>
          <w:p w14:paraId="1D589FFC" w14:textId="77777777" w:rsidR="00025C5D" w:rsidRDefault="008446DA">
            <w:r>
              <w:t>Reprise du contrôle</w:t>
            </w:r>
          </w:p>
        </w:tc>
        <w:tc>
          <w:tcPr>
            <w:tcW w:w="3627" w:type="dxa"/>
          </w:tcPr>
          <w:p w14:paraId="6BFE55D2" w14:textId="77777777" w:rsidR="00025C5D" w:rsidRDefault="008446DA">
            <w:r>
              <w:t>☐</w:t>
            </w:r>
          </w:p>
        </w:tc>
        <w:tc>
          <w:tcPr>
            <w:tcW w:w="3627" w:type="dxa"/>
          </w:tcPr>
          <w:p w14:paraId="172F39E0" w14:textId="77777777" w:rsidR="00025C5D" w:rsidRDefault="008446DA">
            <w:r>
              <w:t>☐</w:t>
            </w:r>
          </w:p>
        </w:tc>
      </w:tr>
      <w:tr w:rsidR="00025C5D" w14:paraId="199FC374" w14:textId="77777777">
        <w:tc>
          <w:tcPr>
            <w:tcW w:w="3627" w:type="dxa"/>
          </w:tcPr>
          <w:p w14:paraId="720628D0" w14:textId="77777777" w:rsidR="00025C5D" w:rsidRDefault="008446DA">
            <w:r>
              <w:t>Assistance importante nécessaire</w:t>
            </w:r>
          </w:p>
        </w:tc>
        <w:tc>
          <w:tcPr>
            <w:tcW w:w="3627" w:type="dxa"/>
          </w:tcPr>
          <w:p w14:paraId="71589F62" w14:textId="77777777" w:rsidR="00025C5D" w:rsidRDefault="008446DA">
            <w:r>
              <w:t>☐</w:t>
            </w:r>
          </w:p>
        </w:tc>
        <w:tc>
          <w:tcPr>
            <w:tcW w:w="3627" w:type="dxa"/>
          </w:tcPr>
          <w:p w14:paraId="6FE75B20" w14:textId="77777777" w:rsidR="00025C5D" w:rsidRDefault="008446DA">
            <w:r>
              <w:t>☐</w:t>
            </w:r>
          </w:p>
        </w:tc>
      </w:tr>
    </w:tbl>
    <w:p w14:paraId="2119F11D" w14:textId="77777777" w:rsidR="00025C5D" w:rsidRDefault="008446DA">
      <w:pPr>
        <w:pStyle w:val="Titre1"/>
      </w:pPr>
      <w:r>
        <w:t>Synthèse instructeur</w:t>
      </w:r>
    </w:p>
    <w:tbl>
      <w:tblPr>
        <w:tblStyle w:val="Grilledutableau"/>
        <w:tblW w:w="0" w:type="auto"/>
        <w:tblLook w:val="04A0" w:firstRow="1" w:lastRow="0" w:firstColumn="1" w:lastColumn="0" w:noHBand="0" w:noVBand="1"/>
      </w:tblPr>
      <w:tblGrid>
        <w:gridCol w:w="5435"/>
        <w:gridCol w:w="5435"/>
      </w:tblGrid>
      <w:tr w:rsidR="00025C5D" w14:paraId="70A716ED" w14:textId="77777777">
        <w:tc>
          <w:tcPr>
            <w:tcW w:w="5440" w:type="dxa"/>
          </w:tcPr>
          <w:p w14:paraId="7B43B34F" w14:textId="77777777" w:rsidR="00025C5D" w:rsidRDefault="008446DA">
            <w:r>
              <w:t>Préparation / départ</w:t>
            </w:r>
          </w:p>
        </w:tc>
        <w:tc>
          <w:tcPr>
            <w:tcW w:w="5440" w:type="dxa"/>
          </w:tcPr>
          <w:p w14:paraId="6F42CC5E" w14:textId="77777777" w:rsidR="00025C5D" w:rsidRDefault="008446DA">
            <w:r>
              <w:t>☐</w:t>
            </w:r>
            <w:r>
              <w:t xml:space="preserve"> Niveau examen   ☐ À consolider   ☐ Insuffisant</w:t>
            </w:r>
          </w:p>
        </w:tc>
      </w:tr>
      <w:tr w:rsidR="00025C5D" w14:paraId="182426E9" w14:textId="77777777">
        <w:tc>
          <w:tcPr>
            <w:tcW w:w="5440" w:type="dxa"/>
          </w:tcPr>
          <w:p w14:paraId="552767C6" w14:textId="77777777" w:rsidR="00025C5D" w:rsidRDefault="008446DA">
            <w:r>
              <w:t>Maniabilité</w:t>
            </w:r>
          </w:p>
        </w:tc>
        <w:tc>
          <w:tcPr>
            <w:tcW w:w="5440" w:type="dxa"/>
          </w:tcPr>
          <w:p w14:paraId="63C50380" w14:textId="77777777" w:rsidR="00025C5D" w:rsidRDefault="008446DA">
            <w:r>
              <w:t>☐</w:t>
            </w:r>
            <w:r>
              <w:t xml:space="preserve"> Niveau examen   ☐ À consolider   ☐ Insuffisant</w:t>
            </w:r>
          </w:p>
        </w:tc>
      </w:tr>
      <w:tr w:rsidR="00025C5D" w14:paraId="3D2E74C7" w14:textId="77777777">
        <w:tc>
          <w:tcPr>
            <w:tcW w:w="5440" w:type="dxa"/>
          </w:tcPr>
          <w:p w14:paraId="3DF57137" w14:textId="77777777" w:rsidR="00025C5D" w:rsidRDefault="008446DA">
            <w:r>
              <w:t>Navigation / déroutement</w:t>
            </w:r>
          </w:p>
        </w:tc>
        <w:tc>
          <w:tcPr>
            <w:tcW w:w="5440" w:type="dxa"/>
          </w:tcPr>
          <w:p w14:paraId="0C052A25" w14:textId="77777777" w:rsidR="00025C5D" w:rsidRDefault="008446DA">
            <w:r>
              <w:t>☐</w:t>
            </w:r>
            <w:r>
              <w:t xml:space="preserve"> Niveau examen   ☐ À consolider   ☐ Insuffisant</w:t>
            </w:r>
          </w:p>
        </w:tc>
      </w:tr>
      <w:tr w:rsidR="00025C5D" w14:paraId="0C339758" w14:textId="77777777">
        <w:tc>
          <w:tcPr>
            <w:tcW w:w="5440" w:type="dxa"/>
          </w:tcPr>
          <w:p w14:paraId="3A42DDFF" w14:textId="77777777" w:rsidR="00025C5D" w:rsidRDefault="008446DA">
            <w:r>
              <w:t>Approche / atterrissage</w:t>
            </w:r>
          </w:p>
        </w:tc>
        <w:tc>
          <w:tcPr>
            <w:tcW w:w="5440" w:type="dxa"/>
          </w:tcPr>
          <w:p w14:paraId="324B4219" w14:textId="77777777" w:rsidR="00025C5D" w:rsidRDefault="008446DA">
            <w:r>
              <w:t>☐</w:t>
            </w:r>
            <w:r>
              <w:t xml:space="preserve"> Niveau examen   ☐ À consolider   ☐ Insuffisant</w:t>
            </w:r>
          </w:p>
        </w:tc>
      </w:tr>
      <w:tr w:rsidR="00025C5D" w14:paraId="4911F62C" w14:textId="77777777">
        <w:tc>
          <w:tcPr>
            <w:tcW w:w="5440" w:type="dxa"/>
          </w:tcPr>
          <w:p w14:paraId="3241D1C7" w14:textId="77777777" w:rsidR="00025C5D" w:rsidRDefault="008446DA">
            <w:r>
              <w:t>Urgences / airmanship</w:t>
            </w:r>
          </w:p>
        </w:tc>
        <w:tc>
          <w:tcPr>
            <w:tcW w:w="5440" w:type="dxa"/>
          </w:tcPr>
          <w:p w14:paraId="22198BB9" w14:textId="77777777" w:rsidR="00025C5D" w:rsidRDefault="008446DA">
            <w:r>
              <w:t>☐</w:t>
            </w:r>
            <w:r>
              <w:t xml:space="preserve"> Niveau examen   ☐ À consolider   ☐ Insuffisant</w:t>
            </w:r>
          </w:p>
        </w:tc>
      </w:tr>
      <w:tr w:rsidR="00025C5D" w14:paraId="06A06A69" w14:textId="77777777">
        <w:tc>
          <w:tcPr>
            <w:tcW w:w="5440" w:type="dxa"/>
          </w:tcPr>
          <w:p w14:paraId="511DD824" w14:textId="77777777" w:rsidR="00025C5D" w:rsidRDefault="008446DA">
            <w:r>
              <w:t>Autonomie globale</w:t>
            </w:r>
          </w:p>
        </w:tc>
        <w:tc>
          <w:tcPr>
            <w:tcW w:w="5440" w:type="dxa"/>
          </w:tcPr>
          <w:p w14:paraId="00F9B4F9" w14:textId="77777777" w:rsidR="00025C5D" w:rsidRDefault="008446DA">
            <w:r>
              <w:t>☐</w:t>
            </w:r>
            <w:r>
              <w:t xml:space="preserve"> Niveau </w:t>
            </w:r>
            <w:r>
              <w:t>examen   ☐ À consolider   ☐ Insuffisant</w:t>
            </w:r>
          </w:p>
        </w:tc>
      </w:tr>
    </w:tbl>
    <w:p w14:paraId="531EE93B" w14:textId="77777777" w:rsidR="00025C5D" w:rsidRDefault="00025C5D"/>
    <w:p w14:paraId="63E64C6A" w14:textId="77777777" w:rsidR="00025C5D" w:rsidRDefault="008446DA">
      <w:r>
        <w:rPr>
          <w:b/>
        </w:rPr>
        <w:t xml:space="preserve">DÉCISION TEST BLANC : </w:t>
      </w:r>
      <w:r>
        <w:t>☐</w:t>
      </w:r>
      <w:r>
        <w:t xml:space="preserve"> PRÊT POUR EXAMEN     ☐ PRÊT SOUS RÉSERVE     ☐ PAS ENCORE PRÊT</w:t>
      </w:r>
    </w:p>
    <w:p w14:paraId="150E6024" w14:textId="77777777" w:rsidR="00025C5D" w:rsidRDefault="008446DA">
      <w:pPr>
        <w:pStyle w:val="Titre1"/>
      </w:pPr>
      <w:r>
        <w:t>Priorités avant examen</w:t>
      </w:r>
    </w:p>
    <w:p w14:paraId="638B128D" w14:textId="77777777" w:rsidR="00025C5D" w:rsidRDefault="008446DA">
      <w:r>
        <w:t>1. __________________________________________________________________________________</w:t>
      </w:r>
    </w:p>
    <w:p w14:paraId="6953A461" w14:textId="77777777" w:rsidR="00025C5D" w:rsidRDefault="008446DA">
      <w:r>
        <w:t>2. __________________________________________________________________________________</w:t>
      </w:r>
    </w:p>
    <w:p w14:paraId="48D6126D" w14:textId="77777777" w:rsidR="00025C5D" w:rsidRDefault="008446DA">
      <w:r>
        <w:t>3. __________________________________________________________________________________</w:t>
      </w:r>
    </w:p>
    <w:p w14:paraId="578DBCBB" w14:textId="77777777" w:rsidR="00025C5D" w:rsidRDefault="008446DA">
      <w:pPr>
        <w:pStyle w:val="Titre1"/>
      </w:pPr>
      <w:r>
        <w:lastRenderedPageBreak/>
        <w:t>Commentaires / débriefing</w:t>
      </w:r>
    </w:p>
    <w:p w14:paraId="738E49AB" w14:textId="77777777" w:rsidR="00025C5D" w:rsidRDefault="008446DA">
      <w:r>
        <w:t>________________________________________________________________________________________</w:t>
      </w:r>
    </w:p>
    <w:p w14:paraId="34AD0900" w14:textId="77777777" w:rsidR="00025C5D" w:rsidRDefault="008446DA">
      <w:r>
        <w:t>________________________________________________________________________________________</w:t>
      </w:r>
    </w:p>
    <w:p w14:paraId="6D3F23C8" w14:textId="77777777" w:rsidR="00025C5D" w:rsidRDefault="008446DA">
      <w:r>
        <w:t>________________________________________________________________________________________</w:t>
      </w:r>
    </w:p>
    <w:p w14:paraId="2A4CA73E" w14:textId="77777777" w:rsidR="00025C5D" w:rsidRDefault="008446DA">
      <w:r>
        <w:t>________________________________________________________________________________________</w:t>
      </w:r>
    </w:p>
    <w:p w14:paraId="59B8CB77" w14:textId="77777777" w:rsidR="00025C5D" w:rsidRDefault="008446DA">
      <w:r>
        <w:t>________________________________________________________________________________________</w:t>
      </w:r>
    </w:p>
    <w:p w14:paraId="21627B2F" w14:textId="77777777" w:rsidR="00025C5D" w:rsidRDefault="00025C5D"/>
    <w:p w14:paraId="5A1C8394" w14:textId="77777777" w:rsidR="00025C5D" w:rsidRDefault="008446DA">
      <w:r>
        <w:rPr>
          <w:b/>
        </w:rPr>
        <w:t xml:space="preserve">Référence : </w:t>
      </w:r>
      <w:r>
        <w:t>structure et tolérances à utiliser en cohérence avec le Part-FCL / AMC applicables au LAPL(A), les procédures de l’aéronef et les consignes de l’examinateur. Cette fiche est un support de préparation, pas un formulaire officiel de l’autorité.</w:t>
      </w:r>
    </w:p>
    <w:sectPr w:rsidR="00025C5D"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07828498">
    <w:abstractNumId w:val="8"/>
  </w:num>
  <w:num w:numId="2" w16cid:durableId="1451625563">
    <w:abstractNumId w:val="6"/>
  </w:num>
  <w:num w:numId="3" w16cid:durableId="402457178">
    <w:abstractNumId w:val="5"/>
  </w:num>
  <w:num w:numId="4" w16cid:durableId="1287080873">
    <w:abstractNumId w:val="4"/>
  </w:num>
  <w:num w:numId="5" w16cid:durableId="516702471">
    <w:abstractNumId w:val="7"/>
  </w:num>
  <w:num w:numId="6" w16cid:durableId="1601794831">
    <w:abstractNumId w:val="3"/>
  </w:num>
  <w:num w:numId="7" w16cid:durableId="448086409">
    <w:abstractNumId w:val="2"/>
  </w:num>
  <w:num w:numId="8" w16cid:durableId="2009286211">
    <w:abstractNumId w:val="1"/>
  </w:num>
  <w:num w:numId="9" w16cid:durableId="1872571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C5D"/>
    <w:rsid w:val="00034616"/>
    <w:rsid w:val="0006063C"/>
    <w:rsid w:val="0015074B"/>
    <w:rsid w:val="0029639D"/>
    <w:rsid w:val="00326F90"/>
    <w:rsid w:val="00843127"/>
    <w:rsid w:val="008446D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CA2F7"/>
  <w14:defaultImageDpi w14:val="300"/>
  <w15:docId w15:val="{B1859AF3-2880-43CB-BA5E-B7BEF129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Réception - Hôtel Saint Maurice</cp:lastModifiedBy>
  <cp:revision>2</cp:revision>
  <cp:lastPrinted>2026-09-15T23:00:00Z</cp:lastPrinted>
  <dcterms:created xsi:type="dcterms:W3CDTF">2026-09-16T21:54:00Z</dcterms:created>
  <dcterms:modified xsi:type="dcterms:W3CDTF">2026-09-16T21:54:00Z</dcterms:modified>
  <cp:category/>
</cp:coreProperties>
</file>